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97CA" w14:textId="77777777" w:rsidR="004D47AF" w:rsidRPr="006067B0" w:rsidRDefault="005D67FF">
      <w:pPr>
        <w:pStyle w:val="Nzov"/>
        <w:rPr>
          <w:sz w:val="36"/>
          <w:szCs w:val="56"/>
          <w:lang w:val="sk-SK"/>
        </w:rPr>
      </w:pPr>
      <w:r w:rsidRPr="006067B0">
        <w:rPr>
          <w:sz w:val="36"/>
          <w:szCs w:val="56"/>
          <w:lang w:val="sk-SK"/>
        </w:rPr>
        <w:t xml:space="preserve">MERÍTKA, </w:t>
      </w:r>
      <w:r w:rsidRPr="006067B0">
        <w:rPr>
          <w:sz w:val="36"/>
          <w:szCs w:val="56"/>
          <w:lang w:val="sk-SK"/>
        </w:rPr>
        <w:t>KONTEXT</w:t>
      </w:r>
      <w:r w:rsidRPr="006067B0">
        <w:rPr>
          <w:sz w:val="36"/>
          <w:szCs w:val="56"/>
          <w:lang w:val="sk-SK"/>
        </w:rPr>
        <w:t xml:space="preserve"> VÝPOČTU A FILTRE V POWER BI</w:t>
      </w:r>
    </w:p>
    <w:p w14:paraId="78DBFED2" w14:textId="77777777" w:rsidR="004D47AF" w:rsidRPr="006067B0" w:rsidRDefault="005D67FF">
      <w:pPr>
        <w:pStyle w:val="Nadpis1"/>
        <w:rPr>
          <w:lang w:val="sk-SK"/>
        </w:rPr>
      </w:pPr>
      <w:r w:rsidRPr="006067B0">
        <w:rPr>
          <w:lang w:val="sk-SK"/>
        </w:rPr>
        <w:t>1. Východiskový dátový model</w:t>
      </w:r>
    </w:p>
    <w:p w14:paraId="2ACBC250" w14:textId="77777777" w:rsidR="004D47AF" w:rsidRPr="006067B0" w:rsidRDefault="005D67FF">
      <w:pPr>
        <w:rPr>
          <w:lang w:val="sk-SK"/>
        </w:rPr>
      </w:pPr>
      <w:r w:rsidRPr="006067B0">
        <w:rPr>
          <w:lang w:val="sk-SK"/>
        </w:rPr>
        <w:t>Otvorte dodaný PBIX a pracujte s existujúcimi tabuľkami Objednávky (fakty), Regióny, Produkty a Čas. Pri rozšírenej úlohe doplníte Kategórie a Podkategórie z pôvodného zdrojového zošita Databaza.xlsx, ak ho máte k dispozícii.</w:t>
      </w:r>
    </w:p>
    <w:p w14:paraId="65EA52FF" w14:textId="77777777" w:rsidR="004D47AF" w:rsidRPr="006067B0" w:rsidRDefault="005D67FF">
      <w:pPr>
        <w:rPr>
          <w:lang w:val="sk-SK"/>
        </w:rPr>
      </w:pPr>
      <w:r w:rsidRPr="006067B0">
        <w:rPr>
          <w:lang w:val="sk-SK"/>
        </w:rPr>
        <w:t>Faktová tabuľka obsahuje predaje a číselné hodnoty; dimenzie opisujú krajiny, produkty a dátumy. Filter na krajinu alebo farbu sa prenesie na objednávky iba vtedy, keď medzi tabuľkami existuje vhodná aktívna cesta vzťahov.</w:t>
      </w:r>
    </w:p>
    <w:p w14:paraId="697EFBF7" w14:textId="77777777" w:rsidR="004D47AF" w:rsidRPr="006067B0" w:rsidRDefault="005D67FF">
      <w:pPr>
        <w:pStyle w:val="Nadpis2"/>
        <w:rPr>
          <w:lang w:val="sk-SK"/>
        </w:rPr>
      </w:pPr>
      <w:r w:rsidRPr="006067B0">
        <w:rPr>
          <w:lang w:val="sk-SK"/>
        </w:rPr>
        <w:t>Postup: skontrolujte vzťahy</w:t>
      </w:r>
    </w:p>
    <w:p w14:paraId="4795322F" w14:textId="77777777" w:rsidR="004D47AF" w:rsidRPr="006067B0" w:rsidRDefault="005D67FF">
      <w:pPr>
        <w:rPr>
          <w:lang w:val="sk-SK"/>
        </w:rPr>
      </w:pPr>
      <w:r w:rsidRPr="006067B0">
        <w:rPr>
          <w:lang w:val="sk-SK"/>
        </w:rPr>
        <w:t>1. Otvorte súbor PBIX a uložte pracovnú kópiu cez Súbor → Uložiť ako.</w:t>
      </w:r>
    </w:p>
    <w:p w14:paraId="41B30DCA" w14:textId="77777777" w:rsidR="004D47AF" w:rsidRPr="006067B0" w:rsidRDefault="005D67FF">
      <w:pPr>
        <w:rPr>
          <w:lang w:val="sk-SK"/>
        </w:rPr>
      </w:pPr>
      <w:r w:rsidRPr="006067B0">
        <w:rPr>
          <w:lang w:val="sk-SK"/>
        </w:rPr>
        <w:t>2. Prepnite na zobrazenie Model a vyhľadajte Objednávky, Regióny, Produkty a Čas.</w:t>
      </w:r>
    </w:p>
    <w:p w14:paraId="0D24DA9F" w14:textId="77777777" w:rsidR="004D47AF" w:rsidRPr="006067B0" w:rsidRDefault="005D67FF">
      <w:pPr>
        <w:rPr>
          <w:lang w:val="sk-SK"/>
        </w:rPr>
      </w:pPr>
      <w:r w:rsidRPr="006067B0">
        <w:rPr>
          <w:lang w:val="sk-SK"/>
        </w:rPr>
        <w:t xml:space="preserve">3. Overte väzby </w:t>
      </w:r>
      <w:proofErr w:type="spellStart"/>
      <w:r w:rsidRPr="006067B0">
        <w:rPr>
          <w:lang w:val="sk-SK"/>
        </w:rPr>
        <w:t>SalesTerritoryKey</w:t>
      </w:r>
      <w:proofErr w:type="spellEnd"/>
      <w:r w:rsidRPr="006067B0">
        <w:rPr>
          <w:lang w:val="sk-SK"/>
        </w:rPr>
        <w:t xml:space="preserve">, </w:t>
      </w:r>
      <w:proofErr w:type="spellStart"/>
      <w:r w:rsidRPr="006067B0">
        <w:rPr>
          <w:lang w:val="sk-SK"/>
        </w:rPr>
        <w:t>ProductKey</w:t>
      </w:r>
      <w:proofErr w:type="spellEnd"/>
      <w:r w:rsidRPr="006067B0">
        <w:rPr>
          <w:lang w:val="sk-SK"/>
        </w:rPr>
        <w:t xml:space="preserve"> a </w:t>
      </w:r>
      <w:proofErr w:type="spellStart"/>
      <w:r w:rsidRPr="006067B0">
        <w:rPr>
          <w:lang w:val="sk-SK"/>
        </w:rPr>
        <w:t>SaleDateKey</w:t>
      </w:r>
      <w:proofErr w:type="spellEnd"/>
      <w:r w:rsidRPr="006067B0">
        <w:rPr>
          <w:lang w:val="sk-SK"/>
        </w:rPr>
        <w:t>/</w:t>
      </w:r>
      <w:proofErr w:type="spellStart"/>
      <w:r w:rsidRPr="006067B0">
        <w:rPr>
          <w:lang w:val="sk-SK"/>
        </w:rPr>
        <w:t>DateKey</w:t>
      </w:r>
      <w:proofErr w:type="spellEnd"/>
      <w:r w:rsidRPr="006067B0">
        <w:rPr>
          <w:lang w:val="sk-SK"/>
        </w:rPr>
        <w:t xml:space="preserve"> a smer filtrovania z dimenzie do faktov.</w:t>
      </w:r>
    </w:p>
    <w:p w14:paraId="59E3D03D" w14:textId="77777777" w:rsidR="004D47AF" w:rsidRPr="006067B0" w:rsidRDefault="005D67FF">
      <w:pPr>
        <w:rPr>
          <w:lang w:val="sk-SK"/>
        </w:rPr>
      </w:pPr>
      <w:r w:rsidRPr="006067B0">
        <w:rPr>
          <w:lang w:val="sk-SK"/>
        </w:rPr>
        <w:t>4. Prejdite do zobrazenia Zostava a vyskúšajte maticu: Riadky = Regióny[</w:t>
      </w:r>
      <w:proofErr w:type="spellStart"/>
      <w:r w:rsidRPr="006067B0">
        <w:rPr>
          <w:lang w:val="sk-SK"/>
        </w:rPr>
        <w:t>SalesTerritoryCountry</w:t>
      </w:r>
      <w:proofErr w:type="spellEnd"/>
      <w:r w:rsidRPr="006067B0">
        <w:rPr>
          <w:lang w:val="sk-SK"/>
        </w:rPr>
        <w:t>], Hodnoty = [Obrat].</w:t>
      </w:r>
    </w:p>
    <w:p w14:paraId="13B8A322" w14:textId="77777777" w:rsidR="004D47AF" w:rsidRPr="006067B0" w:rsidRDefault="005D67FF">
      <w:pPr>
        <w:rPr>
          <w:lang w:val="sk-SK"/>
        </w:rPr>
      </w:pPr>
      <w:r w:rsidRPr="006067B0">
        <w:rPr>
          <w:lang w:val="sk-SK"/>
        </w:rPr>
        <w:t>5. Ak všetky krajiny vykazujú rovnakú sumu, skontrolujte vzťahy a pole použité v matici.</w:t>
      </w:r>
    </w:p>
    <w:p w14:paraId="2D570334" w14:textId="77777777" w:rsidR="004D47AF" w:rsidRPr="006067B0" w:rsidRDefault="005D67FF">
      <w:pPr>
        <w:pStyle w:val="Nadpis1"/>
        <w:rPr>
          <w:lang w:val="sk-SK"/>
        </w:rPr>
      </w:pPr>
      <w:r w:rsidRPr="006067B0">
        <w:rPr>
          <w:lang w:val="sk-SK"/>
        </w:rPr>
        <w:t>2. Čo je kontext výpočtu</w:t>
      </w:r>
    </w:p>
    <w:p w14:paraId="7E22B00A" w14:textId="77777777" w:rsidR="004D47AF" w:rsidRPr="006067B0" w:rsidRDefault="005D67FF">
      <w:pPr>
        <w:rPr>
          <w:lang w:val="sk-SK"/>
        </w:rPr>
      </w:pPr>
      <w:r w:rsidRPr="006067B0">
        <w:rPr>
          <w:lang w:val="sk-SK"/>
        </w:rPr>
        <w:t>Kontext výpočtu je súbor podmienok, v ktorých DAX vyhodnocuje výraz. Dva základné druhy sú kontext riadku a kontext filtra. Kontexty sa môžu kombinovať, ale nie sú totožné.</w:t>
      </w:r>
    </w:p>
    <w:p w14:paraId="13C85AC9" w14:textId="77777777" w:rsidR="004D47AF" w:rsidRPr="006067B0" w:rsidRDefault="005D67FF">
      <w:pPr>
        <w:pStyle w:val="Nadpis1"/>
        <w:rPr>
          <w:lang w:val="sk-SK"/>
        </w:rPr>
      </w:pPr>
      <w:r w:rsidRPr="006067B0">
        <w:rPr>
          <w:lang w:val="sk-SK"/>
        </w:rPr>
        <w:t>2.1 Kontext riadku</w:t>
      </w:r>
    </w:p>
    <w:p w14:paraId="084F7AE8" w14:textId="77777777" w:rsidR="004D47AF" w:rsidRPr="006067B0" w:rsidRDefault="005D67FF">
      <w:pPr>
        <w:rPr>
          <w:lang w:val="sk-SK"/>
        </w:rPr>
      </w:pPr>
      <w:r w:rsidRPr="006067B0">
        <w:rPr>
          <w:lang w:val="sk-SK"/>
        </w:rPr>
        <w:t xml:space="preserve">Kontext riadku znamená „aktuálny riadok“. Vzniká prirodzene vo vypočítavanom stĺpci alebo v </w:t>
      </w:r>
      <w:proofErr w:type="spellStart"/>
      <w:r w:rsidRPr="006067B0">
        <w:rPr>
          <w:lang w:val="sk-SK"/>
        </w:rPr>
        <w:t>iterátore</w:t>
      </w:r>
      <w:proofErr w:type="spellEnd"/>
      <w:r w:rsidRPr="006067B0">
        <w:rPr>
          <w:lang w:val="sk-SK"/>
        </w:rPr>
        <w:t xml:space="preserve"> SUMX, FILTER či AVERAGEX. Sám osebe automaticky nefiltruje inú tabuľku cez vzťah.</w:t>
      </w:r>
    </w:p>
    <w:tbl>
      <w:tblPr>
        <w:tblW w:w="0" w:type="auto"/>
        <w:tblLayout w:type="fixed"/>
        <w:tblLook w:val="04A0" w:firstRow="1" w:lastRow="0" w:firstColumn="1" w:lastColumn="0" w:noHBand="0" w:noVBand="1"/>
      </w:tblPr>
      <w:tblGrid>
        <w:gridCol w:w="9878"/>
      </w:tblGrid>
      <w:tr w:rsidR="004D47AF" w:rsidRPr="006067B0" w14:paraId="43A16595" w14:textId="77777777">
        <w:tc>
          <w:tcPr>
            <w:tcW w:w="9878" w:type="dxa"/>
            <w:shd w:val="clear" w:color="auto" w:fill="EEF3F8"/>
          </w:tcPr>
          <w:p w14:paraId="6C2ADE5C" w14:textId="77777777" w:rsidR="004D47AF" w:rsidRPr="006067B0" w:rsidRDefault="005D67FF">
            <w:pPr>
              <w:rPr>
                <w:lang w:val="sk-SK"/>
              </w:rPr>
            </w:pPr>
            <w:r w:rsidRPr="006067B0">
              <w:rPr>
                <w:rFonts w:ascii="Consolas" w:hAnsi="Consolas"/>
                <w:sz w:val="18"/>
                <w:lang w:val="sk-SK"/>
              </w:rPr>
              <w:t>Cena DPH = ROUND('Objednávky'[Cena objednávky] * 0.2; 2)</w:t>
            </w:r>
          </w:p>
        </w:tc>
      </w:tr>
    </w:tbl>
    <w:p w14:paraId="21C2F034" w14:textId="77777777" w:rsidR="004D47AF" w:rsidRPr="006067B0" w:rsidRDefault="004D47AF">
      <w:pPr>
        <w:rPr>
          <w:lang w:val="sk-SK"/>
        </w:rPr>
      </w:pPr>
    </w:p>
    <w:p w14:paraId="4E85C405" w14:textId="77777777" w:rsidR="004D47AF" w:rsidRPr="006067B0" w:rsidRDefault="005D67FF">
      <w:pPr>
        <w:rPr>
          <w:lang w:val="sk-SK"/>
        </w:rPr>
      </w:pPr>
      <w:r w:rsidRPr="006067B0">
        <w:rPr>
          <w:lang w:val="sk-SK"/>
        </w:rPr>
        <w:t xml:space="preserve">Vzorec v stĺpci sa vyhodnocuje pre každý riadok objednávok zvlášť. Vypočítavaný stĺpec je uložený v modeli a po kliknutí na krajinu v </w:t>
      </w:r>
      <w:proofErr w:type="spellStart"/>
      <w:r w:rsidRPr="006067B0">
        <w:rPr>
          <w:lang w:val="sk-SK"/>
        </w:rPr>
        <w:t>sliceri</w:t>
      </w:r>
      <w:proofErr w:type="spellEnd"/>
      <w:r w:rsidRPr="006067B0">
        <w:rPr>
          <w:lang w:val="sk-SK"/>
        </w:rPr>
        <w:t xml:space="preserve"> sa jeho jednotlivé uložené hodnoty neprepočítavajú.</w:t>
      </w:r>
    </w:p>
    <w:p w14:paraId="7CBDD871" w14:textId="77777777" w:rsidR="004D47AF" w:rsidRPr="006067B0" w:rsidRDefault="005D67FF">
      <w:pPr>
        <w:pStyle w:val="Nadpis1"/>
        <w:rPr>
          <w:lang w:val="sk-SK"/>
        </w:rPr>
      </w:pPr>
      <w:r w:rsidRPr="006067B0">
        <w:rPr>
          <w:lang w:val="sk-SK"/>
        </w:rPr>
        <w:t>2.2 Kontext filtra</w:t>
      </w:r>
    </w:p>
    <w:p w14:paraId="1A256515" w14:textId="315DE468" w:rsidR="004D47AF" w:rsidRPr="006067B0" w:rsidRDefault="005D67FF">
      <w:pPr>
        <w:rPr>
          <w:lang w:val="sk-SK"/>
        </w:rPr>
      </w:pPr>
      <w:r w:rsidRPr="006067B0">
        <w:rPr>
          <w:lang w:val="sk-SK"/>
        </w:rPr>
        <w:t xml:space="preserve">Kontext filtra určuje, ktoré riadky sa zúčastnia výpočtu </w:t>
      </w:r>
      <w:proofErr w:type="spellStart"/>
      <w:r w:rsidR="006067B0" w:rsidRPr="006067B0">
        <w:rPr>
          <w:lang w:val="sk-SK"/>
        </w:rPr>
        <w:t>merítka</w:t>
      </w:r>
      <w:proofErr w:type="spellEnd"/>
      <w:r w:rsidRPr="006067B0">
        <w:rPr>
          <w:lang w:val="sk-SK"/>
        </w:rPr>
        <w:t xml:space="preserve">. Môže pochádzať z riadkov a stĺpcov matice, osi grafu, </w:t>
      </w:r>
      <w:proofErr w:type="spellStart"/>
      <w:r w:rsidRPr="006067B0">
        <w:rPr>
          <w:lang w:val="sk-SK"/>
        </w:rPr>
        <w:t>slicerov</w:t>
      </w:r>
      <w:proofErr w:type="spellEnd"/>
      <w:r w:rsidRPr="006067B0">
        <w:rPr>
          <w:lang w:val="sk-SK"/>
        </w:rPr>
        <w:t>, filtrov na úrovni vizuálu/strany/reportu alebo interakcie s iným grafom.</w:t>
      </w:r>
    </w:p>
    <w:tbl>
      <w:tblPr>
        <w:tblW w:w="0" w:type="auto"/>
        <w:tblLayout w:type="fixed"/>
        <w:tblLook w:val="04A0" w:firstRow="1" w:lastRow="0" w:firstColumn="1" w:lastColumn="0" w:noHBand="0" w:noVBand="1"/>
      </w:tblPr>
      <w:tblGrid>
        <w:gridCol w:w="9878"/>
      </w:tblGrid>
      <w:tr w:rsidR="004D47AF" w:rsidRPr="006067B0" w14:paraId="4AF85CD2" w14:textId="77777777">
        <w:tc>
          <w:tcPr>
            <w:tcW w:w="9878" w:type="dxa"/>
            <w:shd w:val="clear" w:color="auto" w:fill="EEF3F8"/>
          </w:tcPr>
          <w:p w14:paraId="27A39E30" w14:textId="77777777" w:rsidR="004D47AF" w:rsidRPr="006067B0" w:rsidRDefault="005D67FF">
            <w:pPr>
              <w:rPr>
                <w:lang w:val="sk-SK"/>
              </w:rPr>
            </w:pPr>
            <w:r w:rsidRPr="006067B0">
              <w:rPr>
                <w:rFonts w:ascii="Consolas" w:hAnsi="Consolas"/>
                <w:sz w:val="18"/>
                <w:lang w:val="sk-SK"/>
              </w:rPr>
              <w:t>Obrat = SUM('Objednávky'[Cena objednávky])</w:t>
            </w:r>
          </w:p>
        </w:tc>
      </w:tr>
    </w:tbl>
    <w:p w14:paraId="350DC5C6" w14:textId="77777777" w:rsidR="004D47AF" w:rsidRPr="006067B0" w:rsidRDefault="004D47AF">
      <w:pPr>
        <w:rPr>
          <w:lang w:val="sk-SK"/>
        </w:rPr>
      </w:pPr>
    </w:p>
    <w:p w14:paraId="6C68FC77" w14:textId="77777777" w:rsidR="004D47AF" w:rsidRPr="006067B0" w:rsidRDefault="005D67FF">
      <w:pPr>
        <w:rPr>
          <w:lang w:val="sk-SK"/>
        </w:rPr>
      </w:pPr>
      <w:r w:rsidRPr="006067B0">
        <w:rPr>
          <w:lang w:val="sk-SK"/>
        </w:rPr>
        <w:t xml:space="preserve">V riadku „United </w:t>
      </w:r>
      <w:proofErr w:type="spellStart"/>
      <w:r w:rsidRPr="006067B0">
        <w:rPr>
          <w:lang w:val="sk-SK"/>
        </w:rPr>
        <w:t>States</w:t>
      </w:r>
      <w:proofErr w:type="spellEnd"/>
      <w:r w:rsidRPr="006067B0">
        <w:rPr>
          <w:lang w:val="sk-SK"/>
        </w:rPr>
        <w:t>“ sa [Obrat] vyhodnocuje nad objednávkami priradenými k USA; v riadku „</w:t>
      </w:r>
      <w:proofErr w:type="spellStart"/>
      <w:r w:rsidRPr="006067B0">
        <w:rPr>
          <w:lang w:val="sk-SK"/>
        </w:rPr>
        <w:t>Canada</w:t>
      </w:r>
      <w:proofErr w:type="spellEnd"/>
      <w:r w:rsidRPr="006067B0">
        <w:rPr>
          <w:lang w:val="sk-SK"/>
        </w:rPr>
        <w:t>“ nad kanadskými objednávkami; v súčte nad širším kontextom. Nejde o tri rôzne vzorce, ale o ten istý vzorec v troch kontextoch.</w:t>
      </w:r>
    </w:p>
    <w:p w14:paraId="12AA62A2" w14:textId="77777777" w:rsidR="004D47AF" w:rsidRPr="006067B0" w:rsidRDefault="005D67FF">
      <w:pPr>
        <w:pStyle w:val="Nadpis1"/>
        <w:rPr>
          <w:lang w:val="sk-SK"/>
        </w:rPr>
      </w:pPr>
      <w:r w:rsidRPr="006067B0">
        <w:rPr>
          <w:lang w:val="sk-SK"/>
        </w:rPr>
        <w:lastRenderedPageBreak/>
        <w:t>2.3 Prečo sú celkové súčty niekedy prekvapujúce</w:t>
      </w:r>
    </w:p>
    <w:p w14:paraId="2D96AF01" w14:textId="32979C50" w:rsidR="004D47AF" w:rsidRPr="006067B0" w:rsidRDefault="005D67FF">
      <w:pPr>
        <w:rPr>
          <w:lang w:val="sk-SK"/>
        </w:rPr>
      </w:pPr>
      <w:r w:rsidRPr="006067B0">
        <w:rPr>
          <w:lang w:val="sk-SK"/>
        </w:rPr>
        <w:t xml:space="preserve">Celkový súčet </w:t>
      </w:r>
      <w:proofErr w:type="spellStart"/>
      <w:r w:rsidR="006067B0" w:rsidRPr="006067B0">
        <w:rPr>
          <w:lang w:val="sk-SK"/>
        </w:rPr>
        <w:t>merítka</w:t>
      </w:r>
      <w:proofErr w:type="spellEnd"/>
      <w:r w:rsidRPr="006067B0">
        <w:rPr>
          <w:lang w:val="sk-SK"/>
        </w:rPr>
        <w:t xml:space="preserve"> sa zvyčajne vypočíta znovu v kontexte celku; nemusí byť mechanickým súčtom viditeľných buniek. To je dôležité pri percentách, podmienkach IF, počítaní unikátnych položiek či priemerovaní.</w:t>
      </w:r>
    </w:p>
    <w:p w14:paraId="08C47E27" w14:textId="77777777" w:rsidR="004D47AF" w:rsidRPr="006067B0" w:rsidRDefault="005D67FF">
      <w:pPr>
        <w:pStyle w:val="Nadpis1"/>
        <w:rPr>
          <w:lang w:val="sk-SK"/>
        </w:rPr>
      </w:pPr>
      <w:r w:rsidRPr="006067B0">
        <w:rPr>
          <w:lang w:val="sk-SK"/>
        </w:rPr>
        <w:t>2.4 Kontext riadku verzus kontext filtra – myšlienkový pokus</w:t>
      </w:r>
    </w:p>
    <w:p w14:paraId="752847E6" w14:textId="77777777" w:rsidR="004D47AF" w:rsidRPr="006067B0" w:rsidRDefault="005D67FF">
      <w:pPr>
        <w:rPr>
          <w:lang w:val="sk-SK"/>
        </w:rPr>
      </w:pPr>
      <w:r w:rsidRPr="006067B0">
        <w:rPr>
          <w:lang w:val="sk-SK"/>
        </w:rPr>
        <w:t xml:space="preserve">Predstavte si tri objednávky: USA 100, USA 200, Kanada 50. Vypočítavaný stĺpec „10 %“ dá hodnoty 10, 20, 5. Miera SUM(Cena objednávky) v matici podľa krajiny dá USA 300 a Kanada 50. Ak vyberiete </w:t>
      </w:r>
      <w:proofErr w:type="spellStart"/>
      <w:r w:rsidRPr="006067B0">
        <w:rPr>
          <w:lang w:val="sk-SK"/>
        </w:rPr>
        <w:t>slicer</w:t>
      </w:r>
      <w:proofErr w:type="spellEnd"/>
      <w:r w:rsidRPr="006067B0">
        <w:rPr>
          <w:lang w:val="sk-SK"/>
        </w:rPr>
        <w:t xml:space="preserve"> USA, karta s mierou zobrazí 300, ale stĺpec 10 % v dátovom modeli zostáva uložený pre všetky riadky.</w:t>
      </w:r>
    </w:p>
    <w:p w14:paraId="255B496D" w14:textId="77777777" w:rsidR="004D47AF" w:rsidRPr="006067B0" w:rsidRDefault="005D67FF">
      <w:pPr>
        <w:pStyle w:val="Nadpis1"/>
        <w:rPr>
          <w:lang w:val="sk-SK"/>
        </w:rPr>
      </w:pPr>
      <w:r w:rsidRPr="006067B0">
        <w:rPr>
          <w:lang w:val="sk-SK"/>
        </w:rPr>
        <w:t>3. CALCULATE: zámerná zmena kontextu</w:t>
      </w:r>
    </w:p>
    <w:p w14:paraId="3A1CB2A4" w14:textId="77777777" w:rsidR="004D47AF" w:rsidRPr="006067B0" w:rsidRDefault="005D67FF">
      <w:pPr>
        <w:rPr>
          <w:lang w:val="sk-SK"/>
        </w:rPr>
      </w:pPr>
      <w:r w:rsidRPr="006067B0">
        <w:rPr>
          <w:lang w:val="sk-SK"/>
        </w:rPr>
        <w:t xml:space="preserve">CALCULATE vyhodnotí výraz v upravenom kontexte filtra. Nové filtre môžu existujúce filtre na rovnakých stĺpcoch nahradiť; ostatné filtre môžu zostať zachované. </w:t>
      </w:r>
      <w:r w:rsidRPr="006067B0">
        <w:rPr>
          <w:lang w:val="sk-SK"/>
        </w:rPr>
        <w:t>Správanie sa dá upraviť pomocou KEEPFILTERS.</w:t>
      </w:r>
    </w:p>
    <w:tbl>
      <w:tblPr>
        <w:tblW w:w="0" w:type="auto"/>
        <w:tblLayout w:type="fixed"/>
        <w:tblLook w:val="04A0" w:firstRow="1" w:lastRow="0" w:firstColumn="1" w:lastColumn="0" w:noHBand="0" w:noVBand="1"/>
      </w:tblPr>
      <w:tblGrid>
        <w:gridCol w:w="9878"/>
      </w:tblGrid>
      <w:tr w:rsidR="004D47AF" w:rsidRPr="006067B0" w14:paraId="208AFB70" w14:textId="77777777">
        <w:tc>
          <w:tcPr>
            <w:tcW w:w="9878" w:type="dxa"/>
            <w:shd w:val="clear" w:color="auto" w:fill="EEF3F8"/>
          </w:tcPr>
          <w:p w14:paraId="79FE0176" w14:textId="77777777" w:rsidR="004D47AF" w:rsidRPr="006067B0" w:rsidRDefault="005D67FF" w:rsidP="006067B0">
            <w:pPr>
              <w:jc w:val="left"/>
              <w:rPr>
                <w:lang w:val="sk-SK"/>
              </w:rPr>
            </w:pPr>
            <w:r w:rsidRPr="006067B0">
              <w:rPr>
                <w:rFonts w:ascii="Consolas" w:hAnsi="Consolas"/>
                <w:sz w:val="18"/>
                <w:lang w:val="sk-SK"/>
              </w:rPr>
              <w:t>Obrat za USA =</w:t>
            </w:r>
            <w:r w:rsidRPr="006067B0">
              <w:rPr>
                <w:rFonts w:ascii="Consolas" w:hAnsi="Consolas"/>
                <w:sz w:val="18"/>
                <w:lang w:val="sk-SK"/>
              </w:rPr>
              <w:br/>
              <w:t>CALCULATE(</w:t>
            </w:r>
            <w:r w:rsidRPr="006067B0">
              <w:rPr>
                <w:rFonts w:ascii="Consolas" w:hAnsi="Consolas"/>
                <w:sz w:val="18"/>
                <w:lang w:val="sk-SK"/>
              </w:rPr>
              <w:br/>
              <w:t xml:space="preserve">    [Obrat];</w:t>
            </w:r>
            <w:r w:rsidRPr="006067B0">
              <w:rPr>
                <w:rFonts w:ascii="Consolas" w:hAnsi="Consolas"/>
                <w:sz w:val="18"/>
                <w:lang w:val="sk-SK"/>
              </w:rPr>
              <w:br/>
              <w:t xml:space="preserve">    'Regióny'[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 xml:space="preserve">] = "United </w:t>
            </w:r>
            <w:proofErr w:type="spellStart"/>
            <w:r w:rsidRPr="006067B0">
              <w:rPr>
                <w:rFonts w:ascii="Consolas" w:hAnsi="Consolas"/>
                <w:sz w:val="18"/>
                <w:lang w:val="sk-SK"/>
              </w:rPr>
              <w:t>States</w:t>
            </w:r>
            <w:proofErr w:type="spellEnd"/>
            <w:r w:rsidRPr="006067B0">
              <w:rPr>
                <w:rFonts w:ascii="Consolas" w:hAnsi="Consolas"/>
                <w:sz w:val="18"/>
                <w:lang w:val="sk-SK"/>
              </w:rPr>
              <w:t>"</w:t>
            </w:r>
            <w:r w:rsidRPr="006067B0">
              <w:rPr>
                <w:rFonts w:ascii="Consolas" w:hAnsi="Consolas"/>
                <w:sz w:val="18"/>
                <w:lang w:val="sk-SK"/>
              </w:rPr>
              <w:br/>
              <w:t>)</w:t>
            </w:r>
          </w:p>
        </w:tc>
      </w:tr>
    </w:tbl>
    <w:p w14:paraId="0EDCBD00" w14:textId="77777777" w:rsidR="004D47AF" w:rsidRPr="006067B0" w:rsidRDefault="004D47AF">
      <w:pPr>
        <w:rPr>
          <w:lang w:val="sk-SK"/>
        </w:rPr>
      </w:pPr>
    </w:p>
    <w:p w14:paraId="454B5D26" w14:textId="77777777" w:rsidR="004D47AF" w:rsidRPr="006067B0" w:rsidRDefault="005D67FF">
      <w:pPr>
        <w:rPr>
          <w:lang w:val="sk-SK"/>
        </w:rPr>
      </w:pPr>
      <w:r w:rsidRPr="006067B0">
        <w:rPr>
          <w:lang w:val="sk-SK"/>
        </w:rPr>
        <w:t>Výsledok: pri prehľade podľa krajín bude táto miera smerovať výpočet na USA. Ak chcete prienik s existujúcim filtrom na ten istý stĺpec namiesto jeho nahradenia, použite KEEPFILTERS.</w:t>
      </w:r>
    </w:p>
    <w:tbl>
      <w:tblPr>
        <w:tblW w:w="0" w:type="auto"/>
        <w:tblLayout w:type="fixed"/>
        <w:tblLook w:val="04A0" w:firstRow="1" w:lastRow="0" w:firstColumn="1" w:lastColumn="0" w:noHBand="0" w:noVBand="1"/>
      </w:tblPr>
      <w:tblGrid>
        <w:gridCol w:w="9878"/>
      </w:tblGrid>
      <w:tr w:rsidR="004D47AF" w:rsidRPr="006067B0" w14:paraId="22C5F3AE" w14:textId="77777777">
        <w:tc>
          <w:tcPr>
            <w:tcW w:w="9878" w:type="dxa"/>
            <w:shd w:val="clear" w:color="auto" w:fill="EEF3F8"/>
          </w:tcPr>
          <w:p w14:paraId="774164D3" w14:textId="77777777" w:rsidR="004D47AF" w:rsidRPr="006067B0" w:rsidRDefault="005D67FF" w:rsidP="006067B0">
            <w:pPr>
              <w:jc w:val="left"/>
              <w:rPr>
                <w:lang w:val="sk-SK"/>
              </w:rPr>
            </w:pPr>
            <w:r w:rsidRPr="006067B0">
              <w:rPr>
                <w:rFonts w:ascii="Consolas" w:hAnsi="Consolas"/>
                <w:sz w:val="18"/>
                <w:lang w:val="sk-SK"/>
              </w:rPr>
              <w:t>Obrat za USA – prienik =</w:t>
            </w:r>
            <w:r w:rsidRPr="006067B0">
              <w:rPr>
                <w:rFonts w:ascii="Consolas" w:hAnsi="Consolas"/>
                <w:sz w:val="18"/>
                <w:lang w:val="sk-SK"/>
              </w:rPr>
              <w:br/>
            </w:r>
            <w:r w:rsidRPr="006067B0">
              <w:rPr>
                <w:rFonts w:ascii="Consolas" w:hAnsi="Consolas"/>
                <w:sz w:val="18"/>
                <w:lang w:val="sk-SK"/>
              </w:rPr>
              <w:t>CALCULATE(</w:t>
            </w:r>
            <w:r w:rsidRPr="006067B0">
              <w:rPr>
                <w:rFonts w:ascii="Consolas" w:hAnsi="Consolas"/>
                <w:sz w:val="18"/>
                <w:lang w:val="sk-SK"/>
              </w:rPr>
              <w:br/>
              <w:t xml:space="preserve">    [Obrat];</w:t>
            </w:r>
            <w:r w:rsidRPr="006067B0">
              <w:rPr>
                <w:rFonts w:ascii="Consolas" w:hAnsi="Consolas"/>
                <w:sz w:val="18"/>
                <w:lang w:val="sk-SK"/>
              </w:rPr>
              <w:br/>
              <w:t xml:space="preserve">    KEEPFILTERS('Regióny'[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 xml:space="preserve">] = "United </w:t>
            </w:r>
            <w:proofErr w:type="spellStart"/>
            <w:r w:rsidRPr="006067B0">
              <w:rPr>
                <w:rFonts w:ascii="Consolas" w:hAnsi="Consolas"/>
                <w:sz w:val="18"/>
                <w:lang w:val="sk-SK"/>
              </w:rPr>
              <w:t>States</w:t>
            </w:r>
            <w:proofErr w:type="spellEnd"/>
            <w:r w:rsidRPr="006067B0">
              <w:rPr>
                <w:rFonts w:ascii="Consolas" w:hAnsi="Consolas"/>
                <w:sz w:val="18"/>
                <w:lang w:val="sk-SK"/>
              </w:rPr>
              <w:t>")</w:t>
            </w:r>
            <w:r w:rsidRPr="006067B0">
              <w:rPr>
                <w:rFonts w:ascii="Consolas" w:hAnsi="Consolas"/>
                <w:sz w:val="18"/>
                <w:lang w:val="sk-SK"/>
              </w:rPr>
              <w:br/>
              <w:t>)</w:t>
            </w:r>
          </w:p>
        </w:tc>
      </w:tr>
    </w:tbl>
    <w:p w14:paraId="1F222BF6" w14:textId="77777777" w:rsidR="004D47AF" w:rsidRPr="006067B0" w:rsidRDefault="004D47AF">
      <w:pPr>
        <w:rPr>
          <w:lang w:val="sk-SK"/>
        </w:rPr>
      </w:pPr>
    </w:p>
    <w:p w14:paraId="7CFD365C" w14:textId="77777777" w:rsidR="004D47AF" w:rsidRPr="006067B0" w:rsidRDefault="005D67FF">
      <w:pPr>
        <w:pStyle w:val="Nadpis1"/>
        <w:rPr>
          <w:lang w:val="sk-SK"/>
        </w:rPr>
      </w:pPr>
      <w:r w:rsidRPr="006067B0">
        <w:rPr>
          <w:lang w:val="sk-SK"/>
        </w:rPr>
        <w:t>3.1 FILTER a dve podmienky</w:t>
      </w:r>
    </w:p>
    <w:tbl>
      <w:tblPr>
        <w:tblW w:w="0" w:type="auto"/>
        <w:tblLayout w:type="fixed"/>
        <w:tblLook w:val="04A0" w:firstRow="1" w:lastRow="0" w:firstColumn="1" w:lastColumn="0" w:noHBand="0" w:noVBand="1"/>
      </w:tblPr>
      <w:tblGrid>
        <w:gridCol w:w="9878"/>
      </w:tblGrid>
      <w:tr w:rsidR="004D47AF" w:rsidRPr="006067B0" w14:paraId="49079208" w14:textId="77777777">
        <w:tc>
          <w:tcPr>
            <w:tcW w:w="9878" w:type="dxa"/>
            <w:shd w:val="clear" w:color="auto" w:fill="EEF3F8"/>
          </w:tcPr>
          <w:p w14:paraId="191B57E4" w14:textId="77777777" w:rsidR="004D47AF" w:rsidRPr="006067B0" w:rsidRDefault="005D67FF" w:rsidP="006067B0">
            <w:pPr>
              <w:jc w:val="left"/>
              <w:rPr>
                <w:lang w:val="sk-SK"/>
              </w:rPr>
            </w:pPr>
            <w:r w:rsidRPr="006067B0">
              <w:rPr>
                <w:rFonts w:ascii="Consolas" w:hAnsi="Consolas"/>
                <w:sz w:val="18"/>
                <w:lang w:val="sk-SK"/>
              </w:rPr>
              <w:t xml:space="preserve">Obrat </w:t>
            </w:r>
            <w:proofErr w:type="spellStart"/>
            <w:r w:rsidRPr="006067B0">
              <w:rPr>
                <w:rFonts w:ascii="Consolas" w:hAnsi="Consolas"/>
                <w:sz w:val="18"/>
                <w:lang w:val="sk-SK"/>
              </w:rPr>
              <w:t>č.p</w:t>
            </w:r>
            <w:proofErr w:type="spellEnd"/>
            <w:r w:rsidRPr="006067B0">
              <w:rPr>
                <w:rFonts w:ascii="Consolas" w:hAnsi="Consolas"/>
                <w:sz w:val="18"/>
                <w:lang w:val="sk-SK"/>
              </w:rPr>
              <w:t>. za USA =</w:t>
            </w:r>
            <w:r w:rsidRPr="006067B0">
              <w:rPr>
                <w:rFonts w:ascii="Consolas" w:hAnsi="Consolas"/>
                <w:sz w:val="18"/>
                <w:lang w:val="sk-SK"/>
              </w:rPr>
              <w:br/>
              <w:t>CALCULATE(</w:t>
            </w:r>
            <w:r w:rsidRPr="006067B0">
              <w:rPr>
                <w:rFonts w:ascii="Consolas" w:hAnsi="Consolas"/>
                <w:sz w:val="18"/>
                <w:lang w:val="sk-SK"/>
              </w:rPr>
              <w:br/>
              <w:t xml:space="preserve">    [Obrat];</w:t>
            </w:r>
            <w:r w:rsidRPr="006067B0">
              <w:rPr>
                <w:rFonts w:ascii="Consolas" w:hAnsi="Consolas"/>
                <w:sz w:val="18"/>
                <w:lang w:val="sk-SK"/>
              </w:rPr>
              <w:br/>
              <w:t xml:space="preserve">    FILTER('Regióny'; 'Regióny'[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 xml:space="preserve">] = "United </w:t>
            </w:r>
            <w:proofErr w:type="spellStart"/>
            <w:r w:rsidRPr="006067B0">
              <w:rPr>
                <w:rFonts w:ascii="Consolas" w:hAnsi="Consolas"/>
                <w:sz w:val="18"/>
                <w:lang w:val="sk-SK"/>
              </w:rPr>
              <w:t>States</w:t>
            </w:r>
            <w:proofErr w:type="spellEnd"/>
            <w:r w:rsidRPr="006067B0">
              <w:rPr>
                <w:rFonts w:ascii="Consolas" w:hAnsi="Consolas"/>
                <w:sz w:val="18"/>
                <w:lang w:val="sk-SK"/>
              </w:rPr>
              <w:t>");</w:t>
            </w:r>
            <w:r w:rsidRPr="006067B0">
              <w:rPr>
                <w:rFonts w:ascii="Consolas" w:hAnsi="Consolas"/>
                <w:sz w:val="18"/>
                <w:lang w:val="sk-SK"/>
              </w:rPr>
              <w:br/>
              <w:t xml:space="preserve">    FILTER('Produkty'; 'Produkty'[</w:t>
            </w:r>
            <w:proofErr w:type="spellStart"/>
            <w:r w:rsidRPr="006067B0">
              <w:rPr>
                <w:rFonts w:ascii="Consolas" w:hAnsi="Consolas"/>
                <w:sz w:val="18"/>
                <w:lang w:val="sk-SK"/>
              </w:rPr>
              <w:t>Color</w:t>
            </w:r>
            <w:proofErr w:type="spellEnd"/>
            <w:r w:rsidRPr="006067B0">
              <w:rPr>
                <w:rFonts w:ascii="Consolas" w:hAnsi="Consolas"/>
                <w:sz w:val="18"/>
                <w:lang w:val="sk-SK"/>
              </w:rPr>
              <w:t>] = "</w:t>
            </w:r>
            <w:proofErr w:type="spellStart"/>
            <w:r w:rsidRPr="006067B0">
              <w:rPr>
                <w:rFonts w:ascii="Consolas" w:hAnsi="Consolas"/>
                <w:sz w:val="18"/>
                <w:lang w:val="sk-SK"/>
              </w:rPr>
              <w:t>Red</w:t>
            </w:r>
            <w:proofErr w:type="spellEnd"/>
            <w:r w:rsidRPr="006067B0">
              <w:rPr>
                <w:rFonts w:ascii="Consolas" w:hAnsi="Consolas"/>
                <w:sz w:val="18"/>
                <w:lang w:val="sk-SK"/>
              </w:rPr>
              <w:t>")</w:t>
            </w:r>
            <w:r w:rsidRPr="006067B0">
              <w:rPr>
                <w:rFonts w:ascii="Consolas" w:hAnsi="Consolas"/>
                <w:sz w:val="18"/>
                <w:lang w:val="sk-SK"/>
              </w:rPr>
              <w:br/>
              <w:t>)</w:t>
            </w:r>
          </w:p>
        </w:tc>
      </w:tr>
    </w:tbl>
    <w:p w14:paraId="427A0C55" w14:textId="77777777" w:rsidR="004D47AF" w:rsidRPr="006067B0" w:rsidRDefault="004D47AF">
      <w:pPr>
        <w:rPr>
          <w:lang w:val="sk-SK"/>
        </w:rPr>
      </w:pPr>
    </w:p>
    <w:p w14:paraId="5F37E109" w14:textId="77777777" w:rsidR="004D47AF" w:rsidRPr="006067B0" w:rsidRDefault="005D67FF">
      <w:pPr>
        <w:rPr>
          <w:lang w:val="sk-SK"/>
        </w:rPr>
      </w:pPr>
      <w:r w:rsidRPr="006067B0">
        <w:rPr>
          <w:lang w:val="sk-SK"/>
        </w:rPr>
        <w:t>Toto je zápis podľa zadania. V jednoduchých rovnostiach sa dá použiť aj priamy booleovský filter bez FILTER. Funkcia FILTER je však užitočná pri zložitejších podmienkach nad tabuľkou.</w:t>
      </w:r>
    </w:p>
    <w:p w14:paraId="7DC0ED08" w14:textId="77777777" w:rsidR="004D47AF" w:rsidRPr="006067B0" w:rsidRDefault="005D67FF">
      <w:pPr>
        <w:pStyle w:val="Nadpis2"/>
        <w:rPr>
          <w:lang w:val="sk-SK"/>
        </w:rPr>
      </w:pPr>
      <w:r w:rsidRPr="006067B0">
        <w:rPr>
          <w:lang w:val="sk-SK"/>
        </w:rPr>
        <w:t>Postup overenia</w:t>
      </w:r>
    </w:p>
    <w:p w14:paraId="6D525925" w14:textId="77777777" w:rsidR="004D47AF" w:rsidRPr="006067B0" w:rsidRDefault="005D67FF">
      <w:pPr>
        <w:rPr>
          <w:lang w:val="sk-SK"/>
        </w:rPr>
      </w:pPr>
      <w:r w:rsidRPr="006067B0">
        <w:rPr>
          <w:lang w:val="sk-SK"/>
        </w:rPr>
        <w:t>1. Na stránku reportu vložte maticu.</w:t>
      </w:r>
    </w:p>
    <w:p w14:paraId="0B32C96B" w14:textId="77777777" w:rsidR="004D47AF" w:rsidRPr="006067B0" w:rsidRDefault="005D67FF">
      <w:pPr>
        <w:rPr>
          <w:lang w:val="sk-SK"/>
        </w:rPr>
      </w:pPr>
      <w:r w:rsidRPr="006067B0">
        <w:rPr>
          <w:lang w:val="sk-SK"/>
        </w:rPr>
        <w:t>2. Do Riadkov vložte Regióny[</w:t>
      </w:r>
      <w:proofErr w:type="spellStart"/>
      <w:r w:rsidRPr="006067B0">
        <w:rPr>
          <w:lang w:val="sk-SK"/>
        </w:rPr>
        <w:t>SalesTerritoryCountry</w:t>
      </w:r>
      <w:proofErr w:type="spellEnd"/>
      <w:r w:rsidRPr="006067B0">
        <w:rPr>
          <w:lang w:val="sk-SK"/>
        </w:rPr>
        <w:t>] a do Hodnôt [Obrat], [Obrat za USA].</w:t>
      </w:r>
    </w:p>
    <w:p w14:paraId="3665D3C8" w14:textId="77777777" w:rsidR="004D47AF" w:rsidRPr="006067B0" w:rsidRDefault="005D67FF">
      <w:pPr>
        <w:rPr>
          <w:lang w:val="sk-SK"/>
        </w:rPr>
      </w:pPr>
      <w:r w:rsidRPr="006067B0">
        <w:rPr>
          <w:lang w:val="sk-SK"/>
        </w:rPr>
        <w:t>3. Pridajte Produkty[</w:t>
      </w:r>
      <w:proofErr w:type="spellStart"/>
      <w:r w:rsidRPr="006067B0">
        <w:rPr>
          <w:lang w:val="sk-SK"/>
        </w:rPr>
        <w:t>Color</w:t>
      </w:r>
      <w:proofErr w:type="spellEnd"/>
      <w:r w:rsidRPr="006067B0">
        <w:rPr>
          <w:lang w:val="sk-SK"/>
        </w:rPr>
        <w:t>] do riadkov ako druhú úroveň.</w:t>
      </w:r>
    </w:p>
    <w:p w14:paraId="7B7A6530" w14:textId="77777777" w:rsidR="004D47AF" w:rsidRPr="006067B0" w:rsidRDefault="005D67FF">
      <w:pPr>
        <w:rPr>
          <w:lang w:val="sk-SK"/>
        </w:rPr>
      </w:pPr>
      <w:r w:rsidRPr="006067B0">
        <w:rPr>
          <w:lang w:val="sk-SK"/>
        </w:rPr>
        <w:t xml:space="preserve">4. Pridajte [Obrat </w:t>
      </w:r>
      <w:proofErr w:type="spellStart"/>
      <w:r w:rsidRPr="006067B0">
        <w:rPr>
          <w:lang w:val="sk-SK"/>
        </w:rPr>
        <w:t>č.p</w:t>
      </w:r>
      <w:proofErr w:type="spellEnd"/>
      <w:r w:rsidRPr="006067B0">
        <w:rPr>
          <w:lang w:val="sk-SK"/>
        </w:rPr>
        <w:t>. za USA] a skúšajte výber krajiny i farby.</w:t>
      </w:r>
    </w:p>
    <w:p w14:paraId="18E79C4C" w14:textId="77777777" w:rsidR="004D47AF" w:rsidRPr="006067B0" w:rsidRDefault="005D67FF">
      <w:pPr>
        <w:pStyle w:val="Nadpis1"/>
        <w:rPr>
          <w:lang w:val="sk-SK"/>
        </w:rPr>
      </w:pPr>
      <w:r w:rsidRPr="006067B0">
        <w:rPr>
          <w:lang w:val="sk-SK"/>
        </w:rPr>
        <w:lastRenderedPageBreak/>
        <w:t>4. Odstraňovanie filtrov: ALL a REMOVEFILTERS</w:t>
      </w:r>
    </w:p>
    <w:p w14:paraId="0863CC01" w14:textId="77777777" w:rsidR="004D47AF" w:rsidRPr="006067B0" w:rsidRDefault="005D67FF">
      <w:pPr>
        <w:rPr>
          <w:lang w:val="sk-SK"/>
        </w:rPr>
      </w:pPr>
      <w:r w:rsidRPr="006067B0">
        <w:rPr>
          <w:lang w:val="sk-SK"/>
        </w:rPr>
        <w:t>ALL v CALCULATE dokáže odstrániť filtre z vybranej tabuľky alebo stĺpcov. REMOVEFILTERS zreteľnejšie vyjadruje zámer odstrániť filtre. Výsledok závisí od toho, z ktorej tabuľky filtre pochádzajú a aké ďalšie vzťahy sú v modeli.</w:t>
      </w:r>
    </w:p>
    <w:tbl>
      <w:tblPr>
        <w:tblW w:w="0" w:type="auto"/>
        <w:tblLayout w:type="fixed"/>
        <w:tblLook w:val="04A0" w:firstRow="1" w:lastRow="0" w:firstColumn="1" w:lastColumn="0" w:noHBand="0" w:noVBand="1"/>
      </w:tblPr>
      <w:tblGrid>
        <w:gridCol w:w="9878"/>
      </w:tblGrid>
      <w:tr w:rsidR="004D47AF" w:rsidRPr="006067B0" w14:paraId="51553023" w14:textId="77777777">
        <w:tc>
          <w:tcPr>
            <w:tcW w:w="9878" w:type="dxa"/>
            <w:shd w:val="clear" w:color="auto" w:fill="EEF3F8"/>
          </w:tcPr>
          <w:p w14:paraId="77960545" w14:textId="77777777" w:rsidR="004D47AF" w:rsidRPr="006067B0" w:rsidRDefault="005D67FF">
            <w:pPr>
              <w:rPr>
                <w:lang w:val="sk-SK"/>
              </w:rPr>
            </w:pPr>
            <w:r w:rsidRPr="006067B0">
              <w:rPr>
                <w:rFonts w:ascii="Consolas" w:hAnsi="Consolas"/>
                <w:sz w:val="18"/>
                <w:lang w:val="sk-SK"/>
              </w:rPr>
              <w:t>Celkový obrat = CALCULATE([Obrat]; ALL('Objednávky'))</w:t>
            </w:r>
          </w:p>
        </w:tc>
      </w:tr>
    </w:tbl>
    <w:p w14:paraId="4C248329" w14:textId="77777777" w:rsidR="004D47AF" w:rsidRPr="006067B0" w:rsidRDefault="004D47AF">
      <w:pPr>
        <w:rPr>
          <w:lang w:val="sk-SK"/>
        </w:rPr>
      </w:pPr>
    </w:p>
    <w:p w14:paraId="2FC88A92" w14:textId="77777777" w:rsidR="004D47AF" w:rsidRPr="006067B0" w:rsidRDefault="005D67FF">
      <w:pPr>
        <w:rPr>
          <w:lang w:val="sk-SK"/>
        </w:rPr>
      </w:pPr>
      <w:r w:rsidRPr="006067B0">
        <w:rPr>
          <w:lang w:val="sk-SK"/>
        </w:rPr>
        <w:t>Tento vzorec pochádza zo zadania. Pozor: ALL nad faktovou tabuľkou môže v modeli s pravidelnými vzťahmi ovplyvniť aj filtre cez rozšírenú tabuľku. Pre percentuálny podiel podľa konkrétneho atribútu je často vhodnejšie odstrániť filter iba z tohto atribútu.</w:t>
      </w:r>
    </w:p>
    <w:tbl>
      <w:tblPr>
        <w:tblW w:w="0" w:type="auto"/>
        <w:tblLayout w:type="fixed"/>
        <w:tblLook w:val="04A0" w:firstRow="1" w:lastRow="0" w:firstColumn="1" w:lastColumn="0" w:noHBand="0" w:noVBand="1"/>
      </w:tblPr>
      <w:tblGrid>
        <w:gridCol w:w="9878"/>
      </w:tblGrid>
      <w:tr w:rsidR="004D47AF" w:rsidRPr="006067B0" w14:paraId="252647C7" w14:textId="77777777">
        <w:tc>
          <w:tcPr>
            <w:tcW w:w="9878" w:type="dxa"/>
            <w:shd w:val="clear" w:color="auto" w:fill="EEF3F8"/>
          </w:tcPr>
          <w:p w14:paraId="3B78D23D" w14:textId="77777777" w:rsidR="004D47AF" w:rsidRPr="006067B0" w:rsidRDefault="005D67FF">
            <w:pPr>
              <w:rPr>
                <w:lang w:val="sk-SK"/>
              </w:rPr>
            </w:pPr>
            <w:r w:rsidRPr="006067B0">
              <w:rPr>
                <w:rFonts w:ascii="Consolas" w:hAnsi="Consolas"/>
                <w:sz w:val="18"/>
                <w:lang w:val="sk-SK"/>
              </w:rPr>
              <w:t>Obrat všetkých krajín =</w:t>
            </w:r>
            <w:r w:rsidRPr="006067B0">
              <w:rPr>
                <w:rFonts w:ascii="Consolas" w:hAnsi="Consolas"/>
                <w:sz w:val="18"/>
                <w:lang w:val="sk-SK"/>
              </w:rPr>
              <w:br/>
              <w:t>CALCULATE([Obrat]; REMOVEFILTERS('Regióny'[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p>
        </w:tc>
      </w:tr>
    </w:tbl>
    <w:p w14:paraId="489C5A0F" w14:textId="77777777" w:rsidR="004D47AF" w:rsidRPr="006067B0" w:rsidRDefault="004D47AF">
      <w:pPr>
        <w:rPr>
          <w:lang w:val="sk-SK"/>
        </w:rPr>
      </w:pPr>
    </w:p>
    <w:p w14:paraId="3137D734" w14:textId="77777777" w:rsidR="004D47AF" w:rsidRPr="006067B0" w:rsidRDefault="005D67FF">
      <w:pPr>
        <w:rPr>
          <w:lang w:val="sk-SK"/>
        </w:rPr>
      </w:pPr>
      <w:r w:rsidRPr="006067B0">
        <w:rPr>
          <w:lang w:val="sk-SK"/>
        </w:rPr>
        <w:t>Takto sa odstráni iba filter krajiny. Filter roka či farby môže zostať aktívny. Preto je nevyhnutné vopred definovať, čo má menovateľ percenta znamenať.</w:t>
      </w:r>
    </w:p>
    <w:p w14:paraId="4647B2FE" w14:textId="77777777" w:rsidR="004D47AF" w:rsidRPr="006067B0" w:rsidRDefault="005D67FF">
      <w:pPr>
        <w:pStyle w:val="Nadpis1"/>
        <w:rPr>
          <w:lang w:val="sk-SK"/>
        </w:rPr>
      </w:pPr>
      <w:r w:rsidRPr="006067B0">
        <w:rPr>
          <w:lang w:val="sk-SK"/>
        </w:rPr>
        <w:t>4.1 Podiel z celku a bezpečné delenie</w:t>
      </w:r>
    </w:p>
    <w:tbl>
      <w:tblPr>
        <w:tblW w:w="0" w:type="auto"/>
        <w:tblLayout w:type="fixed"/>
        <w:tblLook w:val="04A0" w:firstRow="1" w:lastRow="0" w:firstColumn="1" w:lastColumn="0" w:noHBand="0" w:noVBand="1"/>
      </w:tblPr>
      <w:tblGrid>
        <w:gridCol w:w="9878"/>
      </w:tblGrid>
      <w:tr w:rsidR="004D47AF" w:rsidRPr="006067B0" w14:paraId="7579D448" w14:textId="77777777">
        <w:tc>
          <w:tcPr>
            <w:tcW w:w="9878" w:type="dxa"/>
            <w:shd w:val="clear" w:color="auto" w:fill="EEF3F8"/>
          </w:tcPr>
          <w:p w14:paraId="47AA9097" w14:textId="77777777" w:rsidR="004D47AF" w:rsidRPr="006067B0" w:rsidRDefault="005D67FF">
            <w:pPr>
              <w:rPr>
                <w:lang w:val="sk-SK"/>
              </w:rPr>
            </w:pPr>
            <w:r w:rsidRPr="006067B0">
              <w:rPr>
                <w:rFonts w:ascii="Consolas" w:hAnsi="Consolas"/>
                <w:sz w:val="18"/>
                <w:lang w:val="sk-SK"/>
              </w:rPr>
              <w:t>% obratu = DIVIDE([Obrat]; [Celkový obrat])</w:t>
            </w:r>
          </w:p>
        </w:tc>
      </w:tr>
    </w:tbl>
    <w:p w14:paraId="5DD1CFC8" w14:textId="77777777" w:rsidR="004D47AF" w:rsidRPr="006067B0" w:rsidRDefault="004D47AF">
      <w:pPr>
        <w:rPr>
          <w:lang w:val="sk-SK"/>
        </w:rPr>
      </w:pPr>
    </w:p>
    <w:p w14:paraId="551D0EC9" w14:textId="77777777" w:rsidR="004D47AF" w:rsidRPr="006067B0" w:rsidRDefault="005D67FF">
      <w:pPr>
        <w:rPr>
          <w:lang w:val="sk-SK"/>
        </w:rPr>
      </w:pPr>
      <w:r w:rsidRPr="006067B0">
        <w:rPr>
          <w:lang w:val="sk-SK"/>
        </w:rPr>
        <w:t>DIVIDE namiesto obyčajného / bezpečne spracuje nulový alebo prázdny menovateľ. Výsledok naformátujte ako Percento. Súčet percent v jednotlivých riadkoch má zmysel len vtedy, ak sa riadky navzájom neprekrývajú a majú spoločný menovateľ.</w:t>
      </w:r>
    </w:p>
    <w:p w14:paraId="56CD1AC5" w14:textId="77777777" w:rsidR="004D47AF" w:rsidRPr="006067B0" w:rsidRDefault="005D67FF">
      <w:pPr>
        <w:pStyle w:val="Nadpis1"/>
        <w:rPr>
          <w:lang w:val="sk-SK"/>
        </w:rPr>
      </w:pPr>
      <w:r w:rsidRPr="006067B0">
        <w:rPr>
          <w:lang w:val="sk-SK"/>
        </w:rPr>
        <w:t>4.2 BLANK a potlačenie zavádzajúcich hodnôt</w:t>
      </w:r>
    </w:p>
    <w:tbl>
      <w:tblPr>
        <w:tblW w:w="0" w:type="auto"/>
        <w:tblLayout w:type="fixed"/>
        <w:tblLook w:val="04A0" w:firstRow="1" w:lastRow="0" w:firstColumn="1" w:lastColumn="0" w:noHBand="0" w:noVBand="1"/>
      </w:tblPr>
      <w:tblGrid>
        <w:gridCol w:w="9878"/>
      </w:tblGrid>
      <w:tr w:rsidR="004D47AF" w:rsidRPr="006067B0" w14:paraId="40AD6839" w14:textId="77777777">
        <w:tc>
          <w:tcPr>
            <w:tcW w:w="9878" w:type="dxa"/>
            <w:shd w:val="clear" w:color="auto" w:fill="EEF3F8"/>
          </w:tcPr>
          <w:p w14:paraId="1588EB09" w14:textId="77777777" w:rsidR="004D47AF" w:rsidRPr="006067B0" w:rsidRDefault="005D67FF" w:rsidP="006067B0">
            <w:pPr>
              <w:jc w:val="left"/>
              <w:rPr>
                <w:lang w:val="sk-SK"/>
              </w:rPr>
            </w:pPr>
            <w:r w:rsidRPr="006067B0">
              <w:rPr>
                <w:rFonts w:ascii="Consolas" w:hAnsi="Consolas"/>
                <w:sz w:val="18"/>
                <w:lang w:val="sk-SK"/>
              </w:rPr>
              <w:t>Celkový obrat neprázdny =</w:t>
            </w:r>
            <w:r w:rsidRPr="006067B0">
              <w:rPr>
                <w:rFonts w:ascii="Consolas" w:hAnsi="Consolas"/>
                <w:sz w:val="18"/>
                <w:lang w:val="sk-SK"/>
              </w:rPr>
              <w:br/>
              <w:t>IF(ISBLANK([Obrat]); BLANK(); [Celkový obrat])</w:t>
            </w:r>
          </w:p>
        </w:tc>
      </w:tr>
    </w:tbl>
    <w:p w14:paraId="57843623" w14:textId="77777777" w:rsidR="004D47AF" w:rsidRPr="006067B0" w:rsidRDefault="004D47AF">
      <w:pPr>
        <w:rPr>
          <w:lang w:val="sk-SK"/>
        </w:rPr>
      </w:pPr>
    </w:p>
    <w:p w14:paraId="061DB7FB" w14:textId="77777777" w:rsidR="004D47AF" w:rsidRPr="006067B0" w:rsidRDefault="005D67FF">
      <w:pPr>
        <w:rPr>
          <w:lang w:val="sk-SK"/>
        </w:rPr>
      </w:pPr>
      <w:r w:rsidRPr="006067B0">
        <w:rPr>
          <w:lang w:val="sk-SK"/>
        </w:rPr>
        <w:t>Ak aktuálna kombinácia dimenzií nemá predaj, vrátime BLANK namiesto zobrazenia veľkého celkového obratu v bunke, ktorá by inak vyzerala ako platná hodnota.</w:t>
      </w:r>
    </w:p>
    <w:p w14:paraId="3D27D4CD" w14:textId="77777777" w:rsidR="004D47AF" w:rsidRPr="006067B0" w:rsidRDefault="005D67FF">
      <w:pPr>
        <w:pStyle w:val="Nadpis1"/>
        <w:rPr>
          <w:lang w:val="sk-SK"/>
        </w:rPr>
      </w:pPr>
      <w:r w:rsidRPr="006067B0">
        <w:rPr>
          <w:lang w:val="sk-SK"/>
        </w:rPr>
        <w:t>5. Kategórie, podkategórie a podiel v rámci krajiny</w:t>
      </w:r>
    </w:p>
    <w:p w14:paraId="3C1B944A" w14:textId="77777777" w:rsidR="004D47AF" w:rsidRPr="006067B0" w:rsidRDefault="005D67FF">
      <w:pPr>
        <w:rPr>
          <w:lang w:val="sk-SK"/>
        </w:rPr>
      </w:pPr>
      <w:r w:rsidRPr="006067B0">
        <w:rPr>
          <w:lang w:val="sk-SK"/>
        </w:rPr>
        <w:t xml:space="preserve">V pôvodnom PDF sa do modelu pridávajú tabuľky </w:t>
      </w:r>
      <w:proofErr w:type="spellStart"/>
      <w:r w:rsidRPr="006067B0">
        <w:rPr>
          <w:lang w:val="sk-SK"/>
        </w:rPr>
        <w:t>ProductCategory</w:t>
      </w:r>
      <w:proofErr w:type="spellEnd"/>
      <w:r w:rsidRPr="006067B0">
        <w:rPr>
          <w:lang w:val="sk-SK"/>
        </w:rPr>
        <w:t xml:space="preserve"> a </w:t>
      </w:r>
      <w:proofErr w:type="spellStart"/>
      <w:r w:rsidRPr="006067B0">
        <w:rPr>
          <w:lang w:val="sk-SK"/>
        </w:rPr>
        <w:t>ProductSubCategory</w:t>
      </w:r>
      <w:proofErr w:type="spellEnd"/>
      <w:r w:rsidRPr="006067B0">
        <w:rPr>
          <w:lang w:val="sk-SK"/>
        </w:rPr>
        <w:t>. Po premenovaní na Kategórie a Podkategórie skontrolujte vzťahy Kategórie → Podkategórie → Produkty → Objednávky.</w:t>
      </w:r>
    </w:p>
    <w:p w14:paraId="0914B03B" w14:textId="77777777" w:rsidR="004D47AF" w:rsidRPr="006067B0" w:rsidRDefault="005D67FF">
      <w:pPr>
        <w:rPr>
          <w:lang w:val="sk-SK"/>
        </w:rPr>
      </w:pPr>
      <w:r w:rsidRPr="006067B0">
        <w:rPr>
          <w:lang w:val="sk-SK"/>
        </w:rPr>
        <w:t xml:space="preserve">1. Na karte Domov zvoľte Získať údaje → </w:t>
      </w:r>
      <w:proofErr w:type="spellStart"/>
      <w:r w:rsidRPr="006067B0">
        <w:rPr>
          <w:lang w:val="sk-SK"/>
        </w:rPr>
        <w:t>Excelový</w:t>
      </w:r>
      <w:proofErr w:type="spellEnd"/>
      <w:r w:rsidRPr="006067B0">
        <w:rPr>
          <w:lang w:val="sk-SK"/>
        </w:rPr>
        <w:t xml:space="preserve"> zošit → Databaza.xlsx.</w:t>
      </w:r>
    </w:p>
    <w:p w14:paraId="79B976A3" w14:textId="77777777" w:rsidR="004D47AF" w:rsidRPr="006067B0" w:rsidRDefault="005D67FF">
      <w:pPr>
        <w:rPr>
          <w:lang w:val="sk-SK"/>
        </w:rPr>
      </w:pPr>
      <w:r w:rsidRPr="006067B0">
        <w:rPr>
          <w:lang w:val="sk-SK"/>
        </w:rPr>
        <w:t xml:space="preserve">2. Vyberte </w:t>
      </w:r>
      <w:proofErr w:type="spellStart"/>
      <w:r w:rsidRPr="006067B0">
        <w:rPr>
          <w:lang w:val="sk-SK"/>
        </w:rPr>
        <w:t>ProductCategory</w:t>
      </w:r>
      <w:proofErr w:type="spellEnd"/>
      <w:r w:rsidRPr="006067B0">
        <w:rPr>
          <w:lang w:val="sk-SK"/>
        </w:rPr>
        <w:t xml:space="preserve"> a </w:t>
      </w:r>
      <w:proofErr w:type="spellStart"/>
      <w:r w:rsidRPr="006067B0">
        <w:rPr>
          <w:lang w:val="sk-SK"/>
        </w:rPr>
        <w:t>ProductSubCategory</w:t>
      </w:r>
      <w:proofErr w:type="spellEnd"/>
      <w:r w:rsidRPr="006067B0">
        <w:rPr>
          <w:lang w:val="sk-SK"/>
        </w:rPr>
        <w:t>, načítajte ich a premenujte.</w:t>
      </w:r>
    </w:p>
    <w:p w14:paraId="5B0935B0" w14:textId="77777777" w:rsidR="004D47AF" w:rsidRPr="006067B0" w:rsidRDefault="005D67FF" w:rsidP="006067B0">
      <w:pPr>
        <w:jc w:val="left"/>
        <w:rPr>
          <w:lang w:val="sk-SK"/>
        </w:rPr>
      </w:pPr>
      <w:r w:rsidRPr="006067B0">
        <w:rPr>
          <w:lang w:val="sk-SK"/>
        </w:rPr>
        <w:t xml:space="preserve">3. V modeli vytvorte väzby cez </w:t>
      </w:r>
      <w:proofErr w:type="spellStart"/>
      <w:r w:rsidRPr="006067B0">
        <w:rPr>
          <w:lang w:val="sk-SK"/>
        </w:rPr>
        <w:t>ProductCategoryKey</w:t>
      </w:r>
      <w:proofErr w:type="spellEnd"/>
      <w:r w:rsidRPr="006067B0">
        <w:rPr>
          <w:lang w:val="sk-SK"/>
        </w:rPr>
        <w:t xml:space="preserve"> a </w:t>
      </w:r>
      <w:proofErr w:type="spellStart"/>
      <w:r w:rsidRPr="006067B0">
        <w:rPr>
          <w:lang w:val="sk-SK"/>
        </w:rPr>
        <w:t>ProductSubcategoryKey</w:t>
      </w:r>
      <w:proofErr w:type="spellEnd"/>
      <w:r w:rsidRPr="006067B0">
        <w:rPr>
          <w:lang w:val="sk-SK"/>
        </w:rPr>
        <w:t xml:space="preserve"> podľa skutočných názvov stĺpcov.</w:t>
      </w:r>
    </w:p>
    <w:p w14:paraId="0B5D7F20" w14:textId="77777777" w:rsidR="004D47AF" w:rsidRPr="006067B0" w:rsidRDefault="005D67FF" w:rsidP="006067B0">
      <w:pPr>
        <w:jc w:val="left"/>
        <w:rPr>
          <w:lang w:val="sk-SK"/>
        </w:rPr>
      </w:pPr>
      <w:r w:rsidRPr="006067B0">
        <w:rPr>
          <w:lang w:val="sk-SK"/>
        </w:rPr>
        <w:t>4. V matici nastavte Riadky = Kategórie[</w:t>
      </w:r>
      <w:proofErr w:type="spellStart"/>
      <w:r w:rsidRPr="006067B0">
        <w:rPr>
          <w:lang w:val="sk-SK"/>
        </w:rPr>
        <w:t>ProductCategoryName</w:t>
      </w:r>
      <w:proofErr w:type="spellEnd"/>
      <w:r w:rsidRPr="006067B0">
        <w:rPr>
          <w:lang w:val="sk-SK"/>
        </w:rPr>
        <w:t>], Stĺpce = Regióny[</w:t>
      </w:r>
      <w:proofErr w:type="spellStart"/>
      <w:r w:rsidRPr="006067B0">
        <w:rPr>
          <w:lang w:val="sk-SK"/>
        </w:rPr>
        <w:t>SalesTerritoryCountry</w:t>
      </w:r>
      <w:proofErr w:type="spellEnd"/>
      <w:r w:rsidRPr="006067B0">
        <w:rPr>
          <w:lang w:val="sk-SK"/>
        </w:rPr>
        <w:t>], Hodnoty = [Obrat].</w:t>
      </w:r>
    </w:p>
    <w:p w14:paraId="1CE2AE77" w14:textId="77777777" w:rsidR="004D47AF" w:rsidRPr="006067B0" w:rsidRDefault="005D67FF">
      <w:pPr>
        <w:rPr>
          <w:lang w:val="sk-SK"/>
        </w:rPr>
      </w:pPr>
      <w:r w:rsidRPr="006067B0">
        <w:rPr>
          <w:lang w:val="sk-SK"/>
        </w:rPr>
        <w:t>5. Overte, či sú kategórie správne rozdelené podľa krajín.</w:t>
      </w:r>
    </w:p>
    <w:tbl>
      <w:tblPr>
        <w:tblW w:w="0" w:type="auto"/>
        <w:tblLayout w:type="fixed"/>
        <w:tblLook w:val="04A0" w:firstRow="1" w:lastRow="0" w:firstColumn="1" w:lastColumn="0" w:noHBand="0" w:noVBand="1"/>
      </w:tblPr>
      <w:tblGrid>
        <w:gridCol w:w="9878"/>
      </w:tblGrid>
      <w:tr w:rsidR="004D47AF" w:rsidRPr="006067B0" w14:paraId="5C3B453F" w14:textId="77777777">
        <w:tc>
          <w:tcPr>
            <w:tcW w:w="9878" w:type="dxa"/>
            <w:shd w:val="clear" w:color="auto" w:fill="EEF3F8"/>
          </w:tcPr>
          <w:p w14:paraId="3F4BDBC7" w14:textId="77777777" w:rsidR="004D47AF" w:rsidRPr="006067B0" w:rsidRDefault="005D67FF" w:rsidP="006067B0">
            <w:pPr>
              <w:jc w:val="left"/>
              <w:rPr>
                <w:lang w:val="sk-SK"/>
              </w:rPr>
            </w:pPr>
            <w:r w:rsidRPr="006067B0">
              <w:rPr>
                <w:rFonts w:ascii="Consolas" w:hAnsi="Consolas"/>
                <w:sz w:val="18"/>
                <w:lang w:val="sk-SK"/>
              </w:rPr>
              <w:t>Obrat za krajinu =</w:t>
            </w:r>
            <w:r w:rsidRPr="006067B0">
              <w:rPr>
                <w:rFonts w:ascii="Consolas" w:hAnsi="Consolas"/>
                <w:sz w:val="18"/>
                <w:lang w:val="sk-SK"/>
              </w:rPr>
              <w:br/>
              <w:t>CALCULATE([Obrat]; ALL('Kategórie'[</w:t>
            </w:r>
            <w:proofErr w:type="spellStart"/>
            <w:r w:rsidRPr="006067B0">
              <w:rPr>
                <w:rFonts w:ascii="Consolas" w:hAnsi="Consolas"/>
                <w:sz w:val="18"/>
                <w:lang w:val="sk-SK"/>
              </w:rPr>
              <w:t>ProductCategoryName</w:t>
            </w:r>
            <w:proofErr w:type="spellEnd"/>
            <w:r w:rsidRPr="006067B0">
              <w:rPr>
                <w:rFonts w:ascii="Consolas" w:hAnsi="Consolas"/>
                <w:sz w:val="18"/>
                <w:lang w:val="sk-SK"/>
              </w:rPr>
              <w:t>]))</w:t>
            </w:r>
          </w:p>
        </w:tc>
      </w:tr>
    </w:tbl>
    <w:p w14:paraId="68DC6790" w14:textId="77777777" w:rsidR="004D47AF" w:rsidRPr="006067B0" w:rsidRDefault="004D47AF">
      <w:pPr>
        <w:rPr>
          <w:lang w:val="sk-SK"/>
        </w:rPr>
      </w:pPr>
    </w:p>
    <w:p w14:paraId="6A7DEBCE" w14:textId="170DBCF9" w:rsidR="004D47AF" w:rsidRPr="006067B0" w:rsidRDefault="005D67FF">
      <w:pPr>
        <w:rPr>
          <w:lang w:val="sk-SK"/>
        </w:rPr>
      </w:pPr>
      <w:r w:rsidRPr="006067B0">
        <w:rPr>
          <w:lang w:val="sk-SK"/>
        </w:rPr>
        <w:lastRenderedPageBreak/>
        <w:t xml:space="preserve">Odstráni sa filter názvu kategórie, nie však filter krajiny. Pozor: ak máte súčasne filter na podkategóriu, farbu alebo iné produktové polia, môže menovateľ stále zostať obmedzený. </w:t>
      </w:r>
      <w:r w:rsidRPr="006067B0">
        <w:rPr>
          <w:lang w:val="sk-SK"/>
        </w:rPr>
        <w:t xml:space="preserve">To je dôvod na testovanie a jasné pomenovanie </w:t>
      </w:r>
      <w:proofErr w:type="spellStart"/>
      <w:r w:rsidR="006067B0">
        <w:rPr>
          <w:lang w:val="sk-SK"/>
        </w:rPr>
        <w:t>merítka</w:t>
      </w:r>
      <w:proofErr w:type="spellEnd"/>
      <w:r w:rsidRPr="006067B0">
        <w:rPr>
          <w:lang w:val="sk-SK"/>
        </w:rPr>
        <w:t>.</w:t>
      </w:r>
    </w:p>
    <w:tbl>
      <w:tblPr>
        <w:tblW w:w="0" w:type="auto"/>
        <w:tblLayout w:type="fixed"/>
        <w:tblLook w:val="04A0" w:firstRow="1" w:lastRow="0" w:firstColumn="1" w:lastColumn="0" w:noHBand="0" w:noVBand="1"/>
      </w:tblPr>
      <w:tblGrid>
        <w:gridCol w:w="9878"/>
      </w:tblGrid>
      <w:tr w:rsidR="004D47AF" w:rsidRPr="006067B0" w14:paraId="658BD645" w14:textId="77777777">
        <w:tc>
          <w:tcPr>
            <w:tcW w:w="9878" w:type="dxa"/>
            <w:shd w:val="clear" w:color="auto" w:fill="EEF3F8"/>
          </w:tcPr>
          <w:p w14:paraId="7BCC3EA2" w14:textId="77777777" w:rsidR="004D47AF" w:rsidRPr="006067B0" w:rsidRDefault="005D67FF" w:rsidP="006067B0">
            <w:pPr>
              <w:jc w:val="left"/>
              <w:rPr>
                <w:lang w:val="sk-SK"/>
              </w:rPr>
            </w:pPr>
            <w:r w:rsidRPr="006067B0">
              <w:rPr>
                <w:rFonts w:ascii="Consolas" w:hAnsi="Consolas"/>
                <w:sz w:val="18"/>
                <w:lang w:val="sk-SK"/>
              </w:rPr>
              <w:t>Obrat za krajinu neprázdny =</w:t>
            </w:r>
            <w:r w:rsidRPr="006067B0">
              <w:rPr>
                <w:rFonts w:ascii="Consolas" w:hAnsi="Consolas"/>
                <w:sz w:val="18"/>
                <w:lang w:val="sk-SK"/>
              </w:rPr>
              <w:br/>
              <w:t>IF(ISBLANK([Obrat]); BLANK(); [Obrat za krajinu])</w:t>
            </w:r>
            <w:r w:rsidRPr="006067B0">
              <w:rPr>
                <w:rFonts w:ascii="Consolas" w:hAnsi="Consolas"/>
                <w:sz w:val="18"/>
                <w:lang w:val="sk-SK"/>
              </w:rPr>
              <w:br/>
            </w:r>
            <w:r w:rsidRPr="006067B0">
              <w:rPr>
                <w:rFonts w:ascii="Consolas" w:hAnsi="Consolas"/>
                <w:sz w:val="18"/>
                <w:lang w:val="sk-SK"/>
              </w:rPr>
              <w:br/>
              <w:t>% obratu za krajinu =</w:t>
            </w:r>
            <w:r w:rsidRPr="006067B0">
              <w:rPr>
                <w:rFonts w:ascii="Consolas" w:hAnsi="Consolas"/>
                <w:sz w:val="18"/>
                <w:lang w:val="sk-SK"/>
              </w:rPr>
              <w:br/>
              <w:t>DIVIDE([Obrat]; [Obrat za krajinu neprázdny])</w:t>
            </w:r>
          </w:p>
        </w:tc>
      </w:tr>
    </w:tbl>
    <w:p w14:paraId="40A7F400" w14:textId="77777777" w:rsidR="004D47AF" w:rsidRPr="006067B0" w:rsidRDefault="004D47AF">
      <w:pPr>
        <w:rPr>
          <w:lang w:val="sk-SK"/>
        </w:rPr>
      </w:pPr>
    </w:p>
    <w:p w14:paraId="0648832A" w14:textId="77777777" w:rsidR="004D47AF" w:rsidRPr="006067B0" w:rsidRDefault="005D67FF">
      <w:pPr>
        <w:pStyle w:val="Nadpis1"/>
        <w:rPr>
          <w:lang w:val="sk-SK"/>
        </w:rPr>
      </w:pPr>
      <w:r w:rsidRPr="006067B0">
        <w:rPr>
          <w:lang w:val="sk-SK"/>
        </w:rPr>
        <w:t>6. ALLEXCEPT: zachovanie vybraných filtrov</w:t>
      </w:r>
    </w:p>
    <w:p w14:paraId="26DC8999" w14:textId="77777777" w:rsidR="004D47AF" w:rsidRPr="006067B0" w:rsidRDefault="005D67FF">
      <w:pPr>
        <w:rPr>
          <w:lang w:val="sk-SK"/>
        </w:rPr>
      </w:pPr>
      <w:r w:rsidRPr="006067B0">
        <w:rPr>
          <w:lang w:val="sk-SK"/>
        </w:rPr>
        <w:t>ALLEXCEPT sa používa na odstránenie filtrov z tabuľky okrem určených stĺpcov. V prvom argumente musí byť základná tabuľka; ďalšie argumenty sú stĺpce tejto tabuľky alebo podporované tabuľky vo vzťahovej vetve podľa pravidiel DAX. Preto treba dôsledne testovať účinok na dimenzie.</w:t>
      </w:r>
    </w:p>
    <w:tbl>
      <w:tblPr>
        <w:tblW w:w="0" w:type="auto"/>
        <w:tblLayout w:type="fixed"/>
        <w:tblLook w:val="04A0" w:firstRow="1" w:lastRow="0" w:firstColumn="1" w:lastColumn="0" w:noHBand="0" w:noVBand="1"/>
      </w:tblPr>
      <w:tblGrid>
        <w:gridCol w:w="9878"/>
      </w:tblGrid>
      <w:tr w:rsidR="004D47AF" w:rsidRPr="006067B0" w14:paraId="4E46E732" w14:textId="77777777">
        <w:tc>
          <w:tcPr>
            <w:tcW w:w="9878" w:type="dxa"/>
            <w:shd w:val="clear" w:color="auto" w:fill="EEF3F8"/>
          </w:tcPr>
          <w:p w14:paraId="759773EB" w14:textId="77777777" w:rsidR="004D47AF" w:rsidRPr="006067B0" w:rsidRDefault="005D67FF" w:rsidP="006067B0">
            <w:pPr>
              <w:jc w:val="left"/>
              <w:rPr>
                <w:lang w:val="sk-SK"/>
              </w:rPr>
            </w:pPr>
            <w:r w:rsidRPr="006067B0">
              <w:rPr>
                <w:rFonts w:ascii="Consolas" w:hAnsi="Consolas"/>
                <w:sz w:val="18"/>
                <w:lang w:val="sk-SK"/>
              </w:rPr>
              <w:t>Obrat za krajinu2 =</w:t>
            </w:r>
            <w:r w:rsidRPr="006067B0">
              <w:rPr>
                <w:rFonts w:ascii="Consolas" w:hAnsi="Consolas"/>
                <w:sz w:val="18"/>
                <w:lang w:val="sk-SK"/>
              </w:rPr>
              <w:br/>
              <w:t>CALCULATE(</w:t>
            </w:r>
            <w:r w:rsidRPr="006067B0">
              <w:rPr>
                <w:rFonts w:ascii="Consolas" w:hAnsi="Consolas"/>
                <w:sz w:val="18"/>
                <w:lang w:val="sk-SK"/>
              </w:rPr>
              <w:br/>
              <w:t xml:space="preserve">    [Obrat];</w:t>
            </w:r>
            <w:r w:rsidRPr="006067B0">
              <w:rPr>
                <w:rFonts w:ascii="Consolas" w:hAnsi="Consolas"/>
                <w:sz w:val="18"/>
                <w:lang w:val="sk-SK"/>
              </w:rPr>
              <w:br/>
              <w:t xml:space="preserve">    ALLEXCEPT('Objednávky'; 'Regióny'[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r w:rsidRPr="006067B0">
              <w:rPr>
                <w:rFonts w:ascii="Consolas" w:hAnsi="Consolas"/>
                <w:sz w:val="18"/>
                <w:lang w:val="sk-SK"/>
              </w:rPr>
              <w:br/>
              <w:t>)</w:t>
            </w:r>
          </w:p>
        </w:tc>
      </w:tr>
    </w:tbl>
    <w:p w14:paraId="11204781" w14:textId="77777777" w:rsidR="004D47AF" w:rsidRPr="006067B0" w:rsidRDefault="004D47AF">
      <w:pPr>
        <w:rPr>
          <w:lang w:val="sk-SK"/>
        </w:rPr>
      </w:pPr>
    </w:p>
    <w:p w14:paraId="1E63C747" w14:textId="77777777" w:rsidR="004D47AF" w:rsidRPr="006067B0" w:rsidRDefault="005D67FF">
      <w:pPr>
        <w:rPr>
          <w:lang w:val="sk-SK"/>
        </w:rPr>
      </w:pPr>
      <w:r w:rsidRPr="006067B0">
        <w:rPr>
          <w:lang w:val="sk-SK"/>
        </w:rPr>
        <w:t>Tento vzorec je prevzatý zo zadania. Pri odlišnej schéme alebo požiadavke na zachovanie ďalších filtrov môže mať iný výsledok, než sa očakáva. Pre jasne definovaný „obrat krajiny bez filtra kategórie“ je často vhodnejší vzorec s REMOVEFILTERS nad kategóriou.</w:t>
      </w:r>
    </w:p>
    <w:p w14:paraId="74E0B719" w14:textId="77777777" w:rsidR="004D47AF" w:rsidRPr="006067B0" w:rsidRDefault="005D67FF">
      <w:pPr>
        <w:pStyle w:val="Nadpis1"/>
        <w:rPr>
          <w:lang w:val="sk-SK"/>
        </w:rPr>
      </w:pPr>
      <w:r w:rsidRPr="006067B0">
        <w:rPr>
          <w:lang w:val="sk-SK"/>
        </w:rPr>
        <w:t>7. Testovanie kontextu: ISFILTERED, HASONEVALUE, SELECTEDVALUE</w:t>
      </w:r>
    </w:p>
    <w:p w14:paraId="6BDD1EC9" w14:textId="77777777" w:rsidR="004D47AF" w:rsidRPr="006067B0" w:rsidRDefault="005D67FF">
      <w:pPr>
        <w:rPr>
          <w:lang w:val="sk-SK"/>
        </w:rPr>
      </w:pPr>
      <w:r w:rsidRPr="006067B0">
        <w:rPr>
          <w:lang w:val="sk-SK"/>
        </w:rPr>
        <w:t>ISFILTERED zisťuje priamy filter na stĺpci. HASONEVALUE testuje, či má stĺpec v aktuálnom kontexte práve jednu viditeľnú hodnotu (aj pri nepriamom filtrovaní). SELECTEDVALUE túto hodnotu vráti alebo použije náhradný text.</w:t>
      </w:r>
    </w:p>
    <w:tbl>
      <w:tblPr>
        <w:tblW w:w="0" w:type="auto"/>
        <w:tblLayout w:type="fixed"/>
        <w:tblLook w:val="04A0" w:firstRow="1" w:lastRow="0" w:firstColumn="1" w:lastColumn="0" w:noHBand="0" w:noVBand="1"/>
      </w:tblPr>
      <w:tblGrid>
        <w:gridCol w:w="9878"/>
      </w:tblGrid>
      <w:tr w:rsidR="004D47AF" w:rsidRPr="006067B0" w14:paraId="2D146765" w14:textId="77777777">
        <w:tc>
          <w:tcPr>
            <w:tcW w:w="9878" w:type="dxa"/>
            <w:shd w:val="clear" w:color="auto" w:fill="EEF3F8"/>
          </w:tcPr>
          <w:p w14:paraId="1CF2E3A8" w14:textId="77777777" w:rsidR="004D47AF" w:rsidRPr="006067B0" w:rsidRDefault="005D67FF" w:rsidP="006067B0">
            <w:pPr>
              <w:jc w:val="left"/>
              <w:rPr>
                <w:lang w:val="sk-SK"/>
              </w:rPr>
            </w:pPr>
            <w:r w:rsidRPr="006067B0">
              <w:rPr>
                <w:rFonts w:ascii="Consolas" w:hAnsi="Consolas"/>
                <w:sz w:val="18"/>
                <w:lang w:val="sk-SK"/>
              </w:rPr>
              <w:t>Obrat za krajinu neprázdny3 =</w:t>
            </w:r>
            <w:r w:rsidRPr="006067B0">
              <w:rPr>
                <w:rFonts w:ascii="Consolas" w:hAnsi="Consolas"/>
                <w:sz w:val="18"/>
                <w:lang w:val="sk-SK"/>
              </w:rPr>
              <w:br/>
              <w:t>IF(</w:t>
            </w:r>
            <w:r w:rsidRPr="006067B0">
              <w:rPr>
                <w:rFonts w:ascii="Consolas" w:hAnsi="Consolas"/>
                <w:sz w:val="18"/>
                <w:lang w:val="sk-SK"/>
              </w:rPr>
              <w:br/>
              <w:t xml:space="preserve">    HASONEVALUE('Regióny'[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r w:rsidRPr="006067B0">
              <w:rPr>
                <w:rFonts w:ascii="Consolas" w:hAnsi="Consolas"/>
                <w:sz w:val="18"/>
                <w:lang w:val="sk-SK"/>
              </w:rPr>
              <w:br/>
              <w:t xml:space="preserve">    [Obrat za krajinu neprázdny];</w:t>
            </w:r>
            <w:r w:rsidRPr="006067B0">
              <w:rPr>
                <w:rFonts w:ascii="Consolas" w:hAnsi="Consolas"/>
                <w:sz w:val="18"/>
                <w:lang w:val="sk-SK"/>
              </w:rPr>
              <w:br/>
              <w:t xml:space="preserve">    BLANK()</w:t>
            </w:r>
            <w:r w:rsidRPr="006067B0">
              <w:rPr>
                <w:rFonts w:ascii="Consolas" w:hAnsi="Consolas"/>
                <w:sz w:val="18"/>
                <w:lang w:val="sk-SK"/>
              </w:rPr>
              <w:br/>
              <w:t>)</w:t>
            </w:r>
          </w:p>
        </w:tc>
      </w:tr>
    </w:tbl>
    <w:p w14:paraId="02CF4C7C" w14:textId="77777777" w:rsidR="004D47AF" w:rsidRPr="006067B0" w:rsidRDefault="004D47AF">
      <w:pPr>
        <w:rPr>
          <w:lang w:val="sk-SK"/>
        </w:rPr>
      </w:pPr>
    </w:p>
    <w:tbl>
      <w:tblPr>
        <w:tblW w:w="0" w:type="auto"/>
        <w:tblLayout w:type="fixed"/>
        <w:tblLook w:val="04A0" w:firstRow="1" w:lastRow="0" w:firstColumn="1" w:lastColumn="0" w:noHBand="0" w:noVBand="1"/>
      </w:tblPr>
      <w:tblGrid>
        <w:gridCol w:w="9878"/>
      </w:tblGrid>
      <w:tr w:rsidR="004D47AF" w:rsidRPr="006067B0" w14:paraId="0F48EC22" w14:textId="77777777">
        <w:tc>
          <w:tcPr>
            <w:tcW w:w="9878" w:type="dxa"/>
            <w:shd w:val="clear" w:color="auto" w:fill="EEF3F8"/>
          </w:tcPr>
          <w:p w14:paraId="65B5ECC3" w14:textId="77777777" w:rsidR="004D47AF" w:rsidRPr="006067B0" w:rsidRDefault="005D67FF" w:rsidP="006067B0">
            <w:pPr>
              <w:jc w:val="left"/>
              <w:rPr>
                <w:lang w:val="sk-SK"/>
              </w:rPr>
            </w:pPr>
            <w:r w:rsidRPr="006067B0">
              <w:rPr>
                <w:rFonts w:ascii="Consolas" w:hAnsi="Consolas"/>
                <w:sz w:val="18"/>
                <w:lang w:val="sk-SK"/>
              </w:rPr>
              <w:t>% obratu za krajinu3 =</w:t>
            </w:r>
            <w:r w:rsidRPr="006067B0">
              <w:rPr>
                <w:rFonts w:ascii="Consolas" w:hAnsi="Consolas"/>
                <w:sz w:val="18"/>
                <w:lang w:val="sk-SK"/>
              </w:rPr>
              <w:br/>
              <w:t>DIVIDE([Obrat]; [Obrat za krajinu neprázdny3])</w:t>
            </w:r>
          </w:p>
        </w:tc>
      </w:tr>
    </w:tbl>
    <w:p w14:paraId="7B977F0F" w14:textId="77777777" w:rsidR="004D47AF" w:rsidRPr="006067B0" w:rsidRDefault="004D47AF">
      <w:pPr>
        <w:rPr>
          <w:lang w:val="sk-SK"/>
        </w:rPr>
      </w:pPr>
    </w:p>
    <w:p w14:paraId="7DF250D1" w14:textId="77777777" w:rsidR="004D47AF" w:rsidRPr="006067B0" w:rsidRDefault="005D67FF">
      <w:pPr>
        <w:rPr>
          <w:lang w:val="sk-SK"/>
        </w:rPr>
      </w:pPr>
      <w:r w:rsidRPr="006067B0">
        <w:rPr>
          <w:lang w:val="sk-SK"/>
        </w:rPr>
        <w:t>Týmto spôsobom sa pri celkovom súčte, kde nie je práve jedna krajina, vráti BLANK. V riadkoch jednotlivých krajín sa miera zobrazí.</w:t>
      </w:r>
    </w:p>
    <w:p w14:paraId="08AC0D79" w14:textId="6B314C2F" w:rsidR="004D47AF" w:rsidRPr="006067B0" w:rsidRDefault="006067B0">
      <w:pPr>
        <w:pStyle w:val="Nadpis1"/>
        <w:rPr>
          <w:lang w:val="sk-SK"/>
        </w:rPr>
      </w:pPr>
      <w:r>
        <w:rPr>
          <w:lang w:val="sk-SK"/>
        </w:rPr>
        <w:t>8</w:t>
      </w:r>
      <w:r w:rsidR="005D67FF" w:rsidRPr="006067B0">
        <w:rPr>
          <w:lang w:val="sk-SK"/>
        </w:rPr>
        <w:t>. Typické chyby a ako ich riešiť</w:t>
      </w:r>
    </w:p>
    <w:p w14:paraId="4B8D80A5" w14:textId="77777777" w:rsidR="004D47AF" w:rsidRPr="006067B0" w:rsidRDefault="005D67FF">
      <w:pPr>
        <w:rPr>
          <w:lang w:val="sk-SK"/>
        </w:rPr>
      </w:pPr>
      <w:r w:rsidRPr="006067B0">
        <w:rPr>
          <w:lang w:val="sk-SK"/>
        </w:rPr>
        <w:t>• Všetky krajiny majú rovnaký obrat — Skontrolujte vzťah Regióny → Objednávky a či v matici používate pole zo správnej dimenzie.</w:t>
      </w:r>
    </w:p>
    <w:p w14:paraId="0E8D21CC" w14:textId="77777777" w:rsidR="004D47AF" w:rsidRPr="006067B0" w:rsidRDefault="005D67FF">
      <w:pPr>
        <w:rPr>
          <w:lang w:val="sk-SK"/>
        </w:rPr>
      </w:pPr>
      <w:r w:rsidRPr="006067B0">
        <w:rPr>
          <w:lang w:val="sk-SK"/>
        </w:rPr>
        <w:t xml:space="preserve">• Percentá dávajú neočakávaný súčet — Zistite, ktoré filtre zostávajú v menovateli. Skontrolujte súčet a použitie ALL </w:t>
      </w:r>
      <w:proofErr w:type="spellStart"/>
      <w:r w:rsidRPr="006067B0">
        <w:rPr>
          <w:lang w:val="sk-SK"/>
        </w:rPr>
        <w:t>vs</w:t>
      </w:r>
      <w:proofErr w:type="spellEnd"/>
      <w:r w:rsidRPr="006067B0">
        <w:rPr>
          <w:lang w:val="sk-SK"/>
        </w:rPr>
        <w:t>. REMOVEFILTERS.</w:t>
      </w:r>
    </w:p>
    <w:p w14:paraId="57563925" w14:textId="77777777" w:rsidR="004D47AF" w:rsidRPr="006067B0" w:rsidRDefault="005D67FF">
      <w:pPr>
        <w:rPr>
          <w:lang w:val="sk-SK"/>
        </w:rPr>
      </w:pPr>
      <w:r w:rsidRPr="006067B0">
        <w:rPr>
          <w:lang w:val="sk-SK"/>
        </w:rPr>
        <w:lastRenderedPageBreak/>
        <w:t>• V matici sa zobrazuje rovnaký celkový obrat v prázdnych kombináciách — Podmieňte menovateľ ISBLANK([Obrat]) a vráťte BLANK().</w:t>
      </w:r>
    </w:p>
    <w:p w14:paraId="21DB1676" w14:textId="77777777" w:rsidR="004D47AF" w:rsidRPr="006067B0" w:rsidRDefault="005D67FF">
      <w:pPr>
        <w:rPr>
          <w:lang w:val="sk-SK"/>
        </w:rPr>
      </w:pPr>
      <w:r w:rsidRPr="006067B0">
        <w:rPr>
          <w:lang w:val="sk-SK"/>
        </w:rPr>
        <w:t>• HASONEVALUE je FALSE — V aktuálnom kontexte je nula alebo viac ako jedna viditeľná krajina.</w:t>
      </w:r>
    </w:p>
    <w:p w14:paraId="6CF9746C" w14:textId="77777777" w:rsidR="004D47AF" w:rsidRPr="006067B0" w:rsidRDefault="005D67FF">
      <w:pPr>
        <w:rPr>
          <w:lang w:val="sk-SK"/>
        </w:rPr>
      </w:pPr>
      <w:r w:rsidRPr="006067B0">
        <w:rPr>
          <w:lang w:val="sk-SK"/>
        </w:rPr>
        <w:t>• CALCULATE vracia iné číslo po kliknutí na farbu — Filter farby zostal aktívny; odstráňte ho len vtedy, ak je to analyticky žiaduce.</w:t>
      </w:r>
    </w:p>
    <w:p w14:paraId="38F43EFB" w14:textId="77777777" w:rsidR="004D47AF" w:rsidRPr="006067B0" w:rsidRDefault="005D67FF">
      <w:pPr>
        <w:rPr>
          <w:lang w:val="sk-SK"/>
        </w:rPr>
      </w:pPr>
      <w:r w:rsidRPr="006067B0">
        <w:rPr>
          <w:lang w:val="sk-SK"/>
        </w:rPr>
        <w:t>• DAX vzorec hlási chybu oddeľovača — Podľa regionálnych nastavení nahraďte bodkočiarky čiarkami.</w:t>
      </w:r>
    </w:p>
    <w:p w14:paraId="0D2104D2" w14:textId="298811F2" w:rsidR="004D47AF" w:rsidRPr="006067B0" w:rsidRDefault="006067B0">
      <w:pPr>
        <w:pStyle w:val="Nadpis1"/>
        <w:rPr>
          <w:lang w:val="sk-SK"/>
        </w:rPr>
      </w:pPr>
      <w:r>
        <w:rPr>
          <w:lang w:val="sk-SK"/>
        </w:rPr>
        <w:t>9</w:t>
      </w:r>
      <w:r w:rsidR="005D67FF" w:rsidRPr="006067B0">
        <w:rPr>
          <w:lang w:val="sk-SK"/>
        </w:rPr>
        <w:t>. Samostatné úlohy s riešeniami</w:t>
      </w:r>
    </w:p>
    <w:p w14:paraId="46C29367" w14:textId="77777777" w:rsidR="004D47AF" w:rsidRPr="006067B0" w:rsidRDefault="005D67FF">
      <w:pPr>
        <w:rPr>
          <w:lang w:val="sk-SK"/>
        </w:rPr>
      </w:pPr>
      <w:r w:rsidRPr="006067B0">
        <w:rPr>
          <w:lang w:val="sk-SK"/>
        </w:rPr>
        <w:t>Najprv vyriešte úlohy bez pozerania na vzorec. Následne porovnajte vlastný postup s riešením. Hodnoty čísel závisia od konkrétnych filtrov a dát v PBIX.</w:t>
      </w:r>
    </w:p>
    <w:p w14:paraId="319DA937" w14:textId="77777777" w:rsidR="004D47AF" w:rsidRPr="006067B0" w:rsidRDefault="005D67FF">
      <w:pPr>
        <w:pStyle w:val="Nadpis2"/>
        <w:rPr>
          <w:lang w:val="sk-SK"/>
        </w:rPr>
      </w:pPr>
      <w:r w:rsidRPr="006067B0">
        <w:rPr>
          <w:lang w:val="sk-SK"/>
        </w:rPr>
        <w:t>Úloha 1. Obrat iba za Kanadu</w:t>
      </w:r>
    </w:p>
    <w:p w14:paraId="087171CF" w14:textId="77777777" w:rsidR="004D47AF" w:rsidRPr="006067B0" w:rsidRDefault="005D67FF">
      <w:pPr>
        <w:rPr>
          <w:lang w:val="sk-SK"/>
        </w:rPr>
      </w:pPr>
      <w:r w:rsidRPr="006067B0">
        <w:rPr>
          <w:lang w:val="sk-SK"/>
        </w:rPr>
        <w:t>Zadanie: Vytvorte mieru pre kanadský obrat a porovnajte ju s obratom USA.</w:t>
      </w:r>
    </w:p>
    <w:p w14:paraId="0327C8FA"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7E2CADE5" w14:textId="77777777">
        <w:tc>
          <w:tcPr>
            <w:tcW w:w="9878" w:type="dxa"/>
            <w:shd w:val="clear" w:color="auto" w:fill="EEF3F8"/>
          </w:tcPr>
          <w:p w14:paraId="2855C9D5" w14:textId="77777777" w:rsidR="004D47AF" w:rsidRPr="006067B0" w:rsidRDefault="005D67FF" w:rsidP="006067B0">
            <w:pPr>
              <w:jc w:val="left"/>
              <w:rPr>
                <w:lang w:val="sk-SK"/>
              </w:rPr>
            </w:pPr>
            <w:r w:rsidRPr="006067B0">
              <w:rPr>
                <w:rFonts w:ascii="Consolas" w:hAnsi="Consolas"/>
                <w:sz w:val="18"/>
                <w:lang w:val="sk-SK"/>
              </w:rPr>
              <w:t>Obrat Kanada =</w:t>
            </w:r>
            <w:r w:rsidRPr="006067B0">
              <w:rPr>
                <w:rFonts w:ascii="Consolas" w:hAnsi="Consolas"/>
                <w:sz w:val="18"/>
                <w:lang w:val="sk-SK"/>
              </w:rPr>
              <w:br/>
              <w:t>CALCULATE([Obrat]; 'Regióny'[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 = "</w:t>
            </w:r>
            <w:proofErr w:type="spellStart"/>
            <w:r w:rsidRPr="006067B0">
              <w:rPr>
                <w:rFonts w:ascii="Consolas" w:hAnsi="Consolas"/>
                <w:sz w:val="18"/>
                <w:lang w:val="sk-SK"/>
              </w:rPr>
              <w:t>Canada</w:t>
            </w:r>
            <w:proofErr w:type="spellEnd"/>
            <w:r w:rsidRPr="006067B0">
              <w:rPr>
                <w:rFonts w:ascii="Consolas" w:hAnsi="Consolas"/>
                <w:sz w:val="18"/>
                <w:lang w:val="sk-SK"/>
              </w:rPr>
              <w:t>")</w:t>
            </w:r>
          </w:p>
        </w:tc>
      </w:tr>
    </w:tbl>
    <w:p w14:paraId="13181FE8" w14:textId="77777777" w:rsidR="004D47AF" w:rsidRPr="006067B0" w:rsidRDefault="004D47AF">
      <w:pPr>
        <w:rPr>
          <w:lang w:val="sk-SK"/>
        </w:rPr>
      </w:pPr>
    </w:p>
    <w:p w14:paraId="1F8CC88C" w14:textId="77777777" w:rsidR="004D47AF" w:rsidRPr="006067B0" w:rsidRDefault="005D67FF">
      <w:pPr>
        <w:rPr>
          <w:lang w:val="sk-SK"/>
        </w:rPr>
      </w:pPr>
      <w:r w:rsidRPr="006067B0">
        <w:rPr>
          <w:lang w:val="sk-SK"/>
        </w:rPr>
        <w:t>Kontrola: Do matice vložte krajinu, [Obrat] a novú mieru.</w:t>
      </w:r>
    </w:p>
    <w:p w14:paraId="76F65E59" w14:textId="77777777" w:rsidR="004D47AF" w:rsidRPr="006067B0" w:rsidRDefault="005D67FF">
      <w:pPr>
        <w:rPr>
          <w:lang w:val="sk-SK"/>
        </w:rPr>
      </w:pPr>
      <w:r w:rsidRPr="006067B0">
        <w:rPr>
          <w:lang w:val="sk-SK"/>
        </w:rPr>
        <w:t xml:space="preserve">Vysvetlenie: CALCULATE nastavuje krajinu </w:t>
      </w:r>
      <w:proofErr w:type="spellStart"/>
      <w:r w:rsidRPr="006067B0">
        <w:rPr>
          <w:lang w:val="sk-SK"/>
        </w:rPr>
        <w:t>Canada</w:t>
      </w:r>
      <w:proofErr w:type="spellEnd"/>
      <w:r w:rsidRPr="006067B0">
        <w:rPr>
          <w:lang w:val="sk-SK"/>
        </w:rPr>
        <w:t xml:space="preserve"> bez potreby meniť definíciu [Obrat].</w:t>
      </w:r>
    </w:p>
    <w:p w14:paraId="648E8513" w14:textId="77777777" w:rsidR="004D47AF" w:rsidRPr="006067B0" w:rsidRDefault="005D67FF">
      <w:pPr>
        <w:pStyle w:val="Nadpis2"/>
        <w:rPr>
          <w:lang w:val="sk-SK"/>
        </w:rPr>
      </w:pPr>
      <w:r w:rsidRPr="006067B0">
        <w:rPr>
          <w:lang w:val="sk-SK"/>
        </w:rPr>
        <w:t>Úloha 2. Predaj modrých produktov</w:t>
      </w:r>
    </w:p>
    <w:p w14:paraId="4A9416C6" w14:textId="77777777" w:rsidR="004D47AF" w:rsidRPr="006067B0" w:rsidRDefault="005D67FF">
      <w:pPr>
        <w:rPr>
          <w:lang w:val="sk-SK"/>
        </w:rPr>
      </w:pPr>
      <w:r w:rsidRPr="006067B0">
        <w:rPr>
          <w:lang w:val="sk-SK"/>
        </w:rPr>
        <w:t xml:space="preserve">Zadanie: Zistite obrat produktov s farbou </w:t>
      </w:r>
      <w:proofErr w:type="spellStart"/>
      <w:r w:rsidRPr="006067B0">
        <w:rPr>
          <w:lang w:val="sk-SK"/>
        </w:rPr>
        <w:t>Blue</w:t>
      </w:r>
      <w:proofErr w:type="spellEnd"/>
      <w:r w:rsidRPr="006067B0">
        <w:rPr>
          <w:lang w:val="sk-SK"/>
        </w:rPr>
        <w:t>.</w:t>
      </w:r>
    </w:p>
    <w:p w14:paraId="2E3A80D9"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314F51D1" w14:textId="77777777">
        <w:tc>
          <w:tcPr>
            <w:tcW w:w="9878" w:type="dxa"/>
            <w:shd w:val="clear" w:color="auto" w:fill="EEF3F8"/>
          </w:tcPr>
          <w:p w14:paraId="156DD349" w14:textId="77777777" w:rsidR="004D47AF" w:rsidRPr="006067B0" w:rsidRDefault="005D67FF" w:rsidP="006067B0">
            <w:pPr>
              <w:jc w:val="left"/>
              <w:rPr>
                <w:lang w:val="sk-SK"/>
              </w:rPr>
            </w:pPr>
            <w:r w:rsidRPr="006067B0">
              <w:rPr>
                <w:rFonts w:ascii="Consolas" w:hAnsi="Consolas"/>
                <w:sz w:val="18"/>
                <w:lang w:val="sk-SK"/>
              </w:rPr>
              <w:t>Obrat modré =</w:t>
            </w:r>
            <w:r w:rsidRPr="006067B0">
              <w:rPr>
                <w:rFonts w:ascii="Consolas" w:hAnsi="Consolas"/>
                <w:sz w:val="18"/>
                <w:lang w:val="sk-SK"/>
              </w:rPr>
              <w:br/>
              <w:t>CALCULATE([Obrat]; 'Produkty'[</w:t>
            </w:r>
            <w:proofErr w:type="spellStart"/>
            <w:r w:rsidRPr="006067B0">
              <w:rPr>
                <w:rFonts w:ascii="Consolas" w:hAnsi="Consolas"/>
                <w:sz w:val="18"/>
                <w:lang w:val="sk-SK"/>
              </w:rPr>
              <w:t>Color</w:t>
            </w:r>
            <w:proofErr w:type="spellEnd"/>
            <w:r w:rsidRPr="006067B0">
              <w:rPr>
                <w:rFonts w:ascii="Consolas" w:hAnsi="Consolas"/>
                <w:sz w:val="18"/>
                <w:lang w:val="sk-SK"/>
              </w:rPr>
              <w:t>] = "</w:t>
            </w:r>
            <w:proofErr w:type="spellStart"/>
            <w:r w:rsidRPr="006067B0">
              <w:rPr>
                <w:rFonts w:ascii="Consolas" w:hAnsi="Consolas"/>
                <w:sz w:val="18"/>
                <w:lang w:val="sk-SK"/>
              </w:rPr>
              <w:t>Blue</w:t>
            </w:r>
            <w:proofErr w:type="spellEnd"/>
            <w:r w:rsidRPr="006067B0">
              <w:rPr>
                <w:rFonts w:ascii="Consolas" w:hAnsi="Consolas"/>
                <w:sz w:val="18"/>
                <w:lang w:val="sk-SK"/>
              </w:rPr>
              <w:t>")</w:t>
            </w:r>
          </w:p>
        </w:tc>
      </w:tr>
    </w:tbl>
    <w:p w14:paraId="4B027E8A" w14:textId="77777777" w:rsidR="004D47AF" w:rsidRPr="006067B0" w:rsidRDefault="004D47AF">
      <w:pPr>
        <w:rPr>
          <w:lang w:val="sk-SK"/>
        </w:rPr>
      </w:pPr>
    </w:p>
    <w:p w14:paraId="39BD5624" w14:textId="77777777" w:rsidR="004D47AF" w:rsidRPr="006067B0" w:rsidRDefault="005D67FF">
      <w:pPr>
        <w:rPr>
          <w:lang w:val="sk-SK"/>
        </w:rPr>
      </w:pPr>
      <w:r w:rsidRPr="006067B0">
        <w:rPr>
          <w:lang w:val="sk-SK"/>
        </w:rPr>
        <w:t xml:space="preserve">Kontrola: Vytvorte maticu s farbami a skúste výber </w:t>
      </w:r>
      <w:proofErr w:type="spellStart"/>
      <w:r w:rsidRPr="006067B0">
        <w:rPr>
          <w:lang w:val="sk-SK"/>
        </w:rPr>
        <w:t>Blue</w:t>
      </w:r>
      <w:proofErr w:type="spellEnd"/>
      <w:r w:rsidRPr="006067B0">
        <w:rPr>
          <w:lang w:val="sk-SK"/>
        </w:rPr>
        <w:t>.</w:t>
      </w:r>
    </w:p>
    <w:p w14:paraId="2F9E6D09" w14:textId="77777777" w:rsidR="004D47AF" w:rsidRPr="006067B0" w:rsidRDefault="005D67FF">
      <w:pPr>
        <w:rPr>
          <w:lang w:val="sk-SK"/>
        </w:rPr>
      </w:pPr>
      <w:r w:rsidRPr="006067B0">
        <w:rPr>
          <w:lang w:val="sk-SK"/>
        </w:rPr>
        <w:t>Vysvetlenie: Filter farby sa šíri cez vzťah Produkty → Objednávky.</w:t>
      </w:r>
    </w:p>
    <w:p w14:paraId="6BC9B075" w14:textId="77777777" w:rsidR="004D47AF" w:rsidRPr="006067B0" w:rsidRDefault="005D67FF">
      <w:pPr>
        <w:pStyle w:val="Nadpis2"/>
        <w:rPr>
          <w:lang w:val="sk-SK"/>
        </w:rPr>
      </w:pPr>
      <w:r w:rsidRPr="006067B0">
        <w:rPr>
          <w:lang w:val="sk-SK"/>
        </w:rPr>
        <w:t>Úloha 3. Červené produkty v Kanade</w:t>
      </w:r>
    </w:p>
    <w:p w14:paraId="33836F91" w14:textId="77777777" w:rsidR="004D47AF" w:rsidRPr="006067B0" w:rsidRDefault="005D67FF">
      <w:pPr>
        <w:rPr>
          <w:lang w:val="sk-SK"/>
        </w:rPr>
      </w:pPr>
      <w:r w:rsidRPr="006067B0">
        <w:rPr>
          <w:lang w:val="sk-SK"/>
        </w:rPr>
        <w:t>Zadanie: Spojte podmienku krajiny a farby.</w:t>
      </w:r>
    </w:p>
    <w:p w14:paraId="545BD947"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63233049" w14:textId="77777777">
        <w:tc>
          <w:tcPr>
            <w:tcW w:w="9878" w:type="dxa"/>
            <w:shd w:val="clear" w:color="auto" w:fill="EEF3F8"/>
          </w:tcPr>
          <w:p w14:paraId="62AB5D32" w14:textId="77777777" w:rsidR="004D47AF" w:rsidRPr="006067B0" w:rsidRDefault="005D67FF" w:rsidP="006067B0">
            <w:pPr>
              <w:jc w:val="left"/>
              <w:rPr>
                <w:lang w:val="sk-SK"/>
              </w:rPr>
            </w:pPr>
            <w:r w:rsidRPr="006067B0">
              <w:rPr>
                <w:rFonts w:ascii="Consolas" w:hAnsi="Consolas"/>
                <w:sz w:val="18"/>
                <w:lang w:val="sk-SK"/>
              </w:rPr>
              <w:t>Obrat červené Kanada =</w:t>
            </w:r>
            <w:r w:rsidRPr="006067B0">
              <w:rPr>
                <w:rFonts w:ascii="Consolas" w:hAnsi="Consolas"/>
                <w:sz w:val="18"/>
                <w:lang w:val="sk-SK"/>
              </w:rPr>
              <w:br/>
              <w:t>CALCULATE(</w:t>
            </w:r>
            <w:r w:rsidRPr="006067B0">
              <w:rPr>
                <w:rFonts w:ascii="Consolas" w:hAnsi="Consolas"/>
                <w:sz w:val="18"/>
                <w:lang w:val="sk-SK"/>
              </w:rPr>
              <w:br/>
              <w:t xml:space="preserve">    [Obrat];</w:t>
            </w:r>
            <w:r w:rsidRPr="006067B0">
              <w:rPr>
                <w:rFonts w:ascii="Consolas" w:hAnsi="Consolas"/>
                <w:sz w:val="18"/>
                <w:lang w:val="sk-SK"/>
              </w:rPr>
              <w:br/>
              <w:t xml:space="preserve">    'Regióny'[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 = "</w:t>
            </w:r>
            <w:proofErr w:type="spellStart"/>
            <w:r w:rsidRPr="006067B0">
              <w:rPr>
                <w:rFonts w:ascii="Consolas" w:hAnsi="Consolas"/>
                <w:sz w:val="18"/>
                <w:lang w:val="sk-SK"/>
              </w:rPr>
              <w:t>Canada</w:t>
            </w:r>
            <w:proofErr w:type="spellEnd"/>
            <w:r w:rsidRPr="006067B0">
              <w:rPr>
                <w:rFonts w:ascii="Consolas" w:hAnsi="Consolas"/>
                <w:sz w:val="18"/>
                <w:lang w:val="sk-SK"/>
              </w:rPr>
              <w:t>";</w:t>
            </w:r>
            <w:r w:rsidRPr="006067B0">
              <w:rPr>
                <w:rFonts w:ascii="Consolas" w:hAnsi="Consolas"/>
                <w:sz w:val="18"/>
                <w:lang w:val="sk-SK"/>
              </w:rPr>
              <w:br/>
              <w:t xml:space="preserve">    'Produkty'[</w:t>
            </w:r>
            <w:proofErr w:type="spellStart"/>
            <w:r w:rsidRPr="006067B0">
              <w:rPr>
                <w:rFonts w:ascii="Consolas" w:hAnsi="Consolas"/>
                <w:sz w:val="18"/>
                <w:lang w:val="sk-SK"/>
              </w:rPr>
              <w:t>Color</w:t>
            </w:r>
            <w:proofErr w:type="spellEnd"/>
            <w:r w:rsidRPr="006067B0">
              <w:rPr>
                <w:rFonts w:ascii="Consolas" w:hAnsi="Consolas"/>
                <w:sz w:val="18"/>
                <w:lang w:val="sk-SK"/>
              </w:rPr>
              <w:t>] = "</w:t>
            </w:r>
            <w:proofErr w:type="spellStart"/>
            <w:r w:rsidRPr="006067B0">
              <w:rPr>
                <w:rFonts w:ascii="Consolas" w:hAnsi="Consolas"/>
                <w:sz w:val="18"/>
                <w:lang w:val="sk-SK"/>
              </w:rPr>
              <w:t>Red</w:t>
            </w:r>
            <w:proofErr w:type="spellEnd"/>
            <w:r w:rsidRPr="006067B0">
              <w:rPr>
                <w:rFonts w:ascii="Consolas" w:hAnsi="Consolas"/>
                <w:sz w:val="18"/>
                <w:lang w:val="sk-SK"/>
              </w:rPr>
              <w:t>"</w:t>
            </w:r>
            <w:r w:rsidRPr="006067B0">
              <w:rPr>
                <w:rFonts w:ascii="Consolas" w:hAnsi="Consolas"/>
                <w:sz w:val="18"/>
                <w:lang w:val="sk-SK"/>
              </w:rPr>
              <w:br/>
              <w:t>)</w:t>
            </w:r>
          </w:p>
        </w:tc>
      </w:tr>
    </w:tbl>
    <w:p w14:paraId="58005AA7" w14:textId="77777777" w:rsidR="004D47AF" w:rsidRPr="006067B0" w:rsidRDefault="004D47AF">
      <w:pPr>
        <w:rPr>
          <w:lang w:val="sk-SK"/>
        </w:rPr>
      </w:pPr>
    </w:p>
    <w:p w14:paraId="20A2955B" w14:textId="77777777" w:rsidR="004D47AF" w:rsidRPr="006067B0" w:rsidRDefault="005D67FF">
      <w:pPr>
        <w:rPr>
          <w:lang w:val="sk-SK"/>
        </w:rPr>
      </w:pPr>
      <w:r w:rsidRPr="006067B0">
        <w:rPr>
          <w:lang w:val="sk-SK"/>
        </w:rPr>
        <w:t>Kontrola: V matici kombinujte krajinu a farbu.</w:t>
      </w:r>
    </w:p>
    <w:p w14:paraId="184891FD" w14:textId="77777777" w:rsidR="004D47AF" w:rsidRPr="006067B0" w:rsidRDefault="005D67FF">
      <w:pPr>
        <w:rPr>
          <w:lang w:val="sk-SK"/>
        </w:rPr>
      </w:pPr>
      <w:r w:rsidRPr="006067B0">
        <w:rPr>
          <w:lang w:val="sk-SK"/>
        </w:rPr>
        <w:t>Vysvetlenie: Dva filtre sa uplatnia súčasne.</w:t>
      </w:r>
    </w:p>
    <w:p w14:paraId="331546CA" w14:textId="77777777" w:rsidR="004D47AF" w:rsidRPr="006067B0" w:rsidRDefault="005D67FF">
      <w:pPr>
        <w:pStyle w:val="Nadpis2"/>
        <w:rPr>
          <w:lang w:val="sk-SK"/>
        </w:rPr>
      </w:pPr>
      <w:r w:rsidRPr="006067B0">
        <w:rPr>
          <w:lang w:val="sk-SK"/>
        </w:rPr>
        <w:t>Úloha 4. Podiel USA na všetkých krajinách</w:t>
      </w:r>
    </w:p>
    <w:p w14:paraId="52498FD8" w14:textId="77777777" w:rsidR="004D47AF" w:rsidRPr="006067B0" w:rsidRDefault="005D67FF">
      <w:pPr>
        <w:rPr>
          <w:lang w:val="sk-SK"/>
        </w:rPr>
      </w:pPr>
      <w:r w:rsidRPr="006067B0">
        <w:rPr>
          <w:lang w:val="sk-SK"/>
        </w:rPr>
        <w:t>Zadanie: Vypočítajte percento predaja USA z predaja všetkých krajín pri zachovaní ďalších filtrov.</w:t>
      </w:r>
    </w:p>
    <w:p w14:paraId="6B2030DA"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6D5B7CCF" w14:textId="77777777">
        <w:tc>
          <w:tcPr>
            <w:tcW w:w="9878" w:type="dxa"/>
            <w:shd w:val="clear" w:color="auto" w:fill="EEF3F8"/>
          </w:tcPr>
          <w:p w14:paraId="4CFEFDCD" w14:textId="77777777" w:rsidR="004D47AF" w:rsidRPr="006067B0" w:rsidRDefault="005D67FF" w:rsidP="006067B0">
            <w:pPr>
              <w:jc w:val="left"/>
              <w:rPr>
                <w:lang w:val="sk-SK"/>
              </w:rPr>
            </w:pPr>
            <w:r w:rsidRPr="006067B0">
              <w:rPr>
                <w:rFonts w:ascii="Consolas" w:hAnsi="Consolas"/>
                <w:sz w:val="18"/>
                <w:lang w:val="sk-SK"/>
              </w:rPr>
              <w:t>Podiel USA =</w:t>
            </w:r>
            <w:r w:rsidRPr="006067B0">
              <w:rPr>
                <w:rFonts w:ascii="Consolas" w:hAnsi="Consolas"/>
                <w:sz w:val="18"/>
                <w:lang w:val="sk-SK"/>
              </w:rPr>
              <w:br/>
            </w:r>
            <w:r w:rsidRPr="006067B0">
              <w:rPr>
                <w:rFonts w:ascii="Consolas" w:hAnsi="Consolas"/>
                <w:sz w:val="18"/>
                <w:lang w:val="sk-SK"/>
              </w:rPr>
              <w:lastRenderedPageBreak/>
              <w:t>DIVIDE(</w:t>
            </w:r>
            <w:r w:rsidRPr="006067B0">
              <w:rPr>
                <w:rFonts w:ascii="Consolas" w:hAnsi="Consolas"/>
                <w:sz w:val="18"/>
                <w:lang w:val="sk-SK"/>
              </w:rPr>
              <w:br/>
              <w:t xml:space="preserve">    [Obrat za USA];</w:t>
            </w:r>
            <w:r w:rsidRPr="006067B0">
              <w:rPr>
                <w:rFonts w:ascii="Consolas" w:hAnsi="Consolas"/>
                <w:sz w:val="18"/>
                <w:lang w:val="sk-SK"/>
              </w:rPr>
              <w:br/>
              <w:t xml:space="preserve">    CALCULATE([Obrat]; REMOVEFILTERS('Regióny'[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r w:rsidRPr="006067B0">
              <w:rPr>
                <w:rFonts w:ascii="Consolas" w:hAnsi="Consolas"/>
                <w:sz w:val="18"/>
                <w:lang w:val="sk-SK"/>
              </w:rPr>
              <w:br/>
              <w:t>)</w:t>
            </w:r>
          </w:p>
        </w:tc>
      </w:tr>
    </w:tbl>
    <w:p w14:paraId="69CFFB25" w14:textId="77777777" w:rsidR="004D47AF" w:rsidRPr="006067B0" w:rsidRDefault="004D47AF">
      <w:pPr>
        <w:rPr>
          <w:lang w:val="sk-SK"/>
        </w:rPr>
      </w:pPr>
    </w:p>
    <w:p w14:paraId="6AE2B4A6" w14:textId="77777777" w:rsidR="004D47AF" w:rsidRPr="006067B0" w:rsidRDefault="005D67FF">
      <w:pPr>
        <w:rPr>
          <w:lang w:val="sk-SK"/>
        </w:rPr>
      </w:pPr>
      <w:r w:rsidRPr="006067B0">
        <w:rPr>
          <w:lang w:val="sk-SK"/>
        </w:rPr>
        <w:t xml:space="preserve">Kontrola: Zmeňte rok v </w:t>
      </w:r>
      <w:proofErr w:type="spellStart"/>
      <w:r w:rsidRPr="006067B0">
        <w:rPr>
          <w:lang w:val="sk-SK"/>
        </w:rPr>
        <w:t>sliceri</w:t>
      </w:r>
      <w:proofErr w:type="spellEnd"/>
      <w:r w:rsidRPr="006067B0">
        <w:rPr>
          <w:lang w:val="sk-SK"/>
        </w:rPr>
        <w:t>; výsledok sa má prepočítať.</w:t>
      </w:r>
    </w:p>
    <w:p w14:paraId="163927F6" w14:textId="77777777" w:rsidR="004D47AF" w:rsidRPr="006067B0" w:rsidRDefault="005D67FF">
      <w:pPr>
        <w:rPr>
          <w:lang w:val="sk-SK"/>
        </w:rPr>
      </w:pPr>
      <w:r w:rsidRPr="006067B0">
        <w:rPr>
          <w:lang w:val="sk-SK"/>
        </w:rPr>
        <w:t>Vysvetlenie: Menovateľ ignoruje krajinu, ale zachováva napríklad rok.</w:t>
      </w:r>
    </w:p>
    <w:p w14:paraId="29BED253" w14:textId="77777777" w:rsidR="004D47AF" w:rsidRPr="006067B0" w:rsidRDefault="005D67FF">
      <w:pPr>
        <w:pStyle w:val="Nadpis2"/>
        <w:rPr>
          <w:lang w:val="sk-SK"/>
        </w:rPr>
      </w:pPr>
      <w:r w:rsidRPr="006067B0">
        <w:rPr>
          <w:lang w:val="sk-SK"/>
        </w:rPr>
        <w:t>Úloha 5. Podiel každej krajiny</w:t>
      </w:r>
    </w:p>
    <w:p w14:paraId="18977858" w14:textId="77777777" w:rsidR="004D47AF" w:rsidRPr="006067B0" w:rsidRDefault="005D67FF">
      <w:pPr>
        <w:rPr>
          <w:lang w:val="sk-SK"/>
        </w:rPr>
      </w:pPr>
      <w:r w:rsidRPr="006067B0">
        <w:rPr>
          <w:lang w:val="sk-SK"/>
        </w:rPr>
        <w:t>Zadanie: Zobrazte v matici podiel krajiny na celku.</w:t>
      </w:r>
    </w:p>
    <w:p w14:paraId="05F098AC"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5E1BF4BD" w14:textId="77777777">
        <w:tc>
          <w:tcPr>
            <w:tcW w:w="9878" w:type="dxa"/>
            <w:shd w:val="clear" w:color="auto" w:fill="EEF3F8"/>
          </w:tcPr>
          <w:p w14:paraId="7A1DA3A5" w14:textId="77777777" w:rsidR="004D47AF" w:rsidRPr="006067B0" w:rsidRDefault="005D67FF" w:rsidP="006067B0">
            <w:pPr>
              <w:jc w:val="left"/>
              <w:rPr>
                <w:lang w:val="sk-SK"/>
              </w:rPr>
            </w:pPr>
            <w:r w:rsidRPr="006067B0">
              <w:rPr>
                <w:rFonts w:ascii="Consolas" w:hAnsi="Consolas"/>
                <w:sz w:val="18"/>
                <w:lang w:val="sk-SK"/>
              </w:rPr>
              <w:t>Podiel krajiny =</w:t>
            </w:r>
            <w:r w:rsidRPr="006067B0">
              <w:rPr>
                <w:rFonts w:ascii="Consolas" w:hAnsi="Consolas"/>
                <w:sz w:val="18"/>
                <w:lang w:val="sk-SK"/>
              </w:rPr>
              <w:br/>
              <w:t>DIVIDE(</w:t>
            </w:r>
            <w:r w:rsidRPr="006067B0">
              <w:rPr>
                <w:rFonts w:ascii="Consolas" w:hAnsi="Consolas"/>
                <w:sz w:val="18"/>
                <w:lang w:val="sk-SK"/>
              </w:rPr>
              <w:br/>
              <w:t xml:space="preserve">    [Obrat];</w:t>
            </w:r>
            <w:r w:rsidRPr="006067B0">
              <w:rPr>
                <w:rFonts w:ascii="Consolas" w:hAnsi="Consolas"/>
                <w:sz w:val="18"/>
                <w:lang w:val="sk-SK"/>
              </w:rPr>
              <w:br/>
              <w:t xml:space="preserve">    CALCULATE([Obrat]; REMOVEFILTERS('Regióny'[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r w:rsidRPr="006067B0">
              <w:rPr>
                <w:rFonts w:ascii="Consolas" w:hAnsi="Consolas"/>
                <w:sz w:val="18"/>
                <w:lang w:val="sk-SK"/>
              </w:rPr>
              <w:br/>
              <w:t>)</w:t>
            </w:r>
          </w:p>
        </w:tc>
      </w:tr>
    </w:tbl>
    <w:p w14:paraId="7188E3FA" w14:textId="77777777" w:rsidR="004D47AF" w:rsidRPr="006067B0" w:rsidRDefault="004D47AF">
      <w:pPr>
        <w:rPr>
          <w:lang w:val="sk-SK"/>
        </w:rPr>
      </w:pPr>
    </w:p>
    <w:p w14:paraId="2B9EEE8C" w14:textId="77777777" w:rsidR="004D47AF" w:rsidRPr="006067B0" w:rsidRDefault="005D67FF">
      <w:pPr>
        <w:rPr>
          <w:lang w:val="sk-SK"/>
        </w:rPr>
      </w:pPr>
      <w:r w:rsidRPr="006067B0">
        <w:rPr>
          <w:lang w:val="sk-SK"/>
        </w:rPr>
        <w:t>Kontrola: V matici podľa krajín porovnajte percentá a ich súčet.</w:t>
      </w:r>
    </w:p>
    <w:p w14:paraId="0B324D1A" w14:textId="77777777" w:rsidR="004D47AF" w:rsidRPr="006067B0" w:rsidRDefault="005D67FF">
      <w:pPr>
        <w:rPr>
          <w:lang w:val="sk-SK"/>
        </w:rPr>
      </w:pPr>
      <w:r w:rsidRPr="006067B0">
        <w:rPr>
          <w:lang w:val="sk-SK"/>
        </w:rPr>
        <w:t>Vysvetlenie: Každá krajina má spoločný menovateľ pri zachovaní ostatných filtrov.</w:t>
      </w:r>
    </w:p>
    <w:p w14:paraId="23C48290" w14:textId="77777777" w:rsidR="004D47AF" w:rsidRPr="006067B0" w:rsidRDefault="005D67FF">
      <w:pPr>
        <w:pStyle w:val="Nadpis2"/>
        <w:rPr>
          <w:lang w:val="sk-SK"/>
        </w:rPr>
      </w:pPr>
      <w:r w:rsidRPr="006067B0">
        <w:rPr>
          <w:lang w:val="sk-SK"/>
        </w:rPr>
        <w:t>Úloha 6. Obrat bez filtra farby</w:t>
      </w:r>
    </w:p>
    <w:p w14:paraId="44D196EB" w14:textId="77777777" w:rsidR="004D47AF" w:rsidRPr="006067B0" w:rsidRDefault="005D67FF">
      <w:pPr>
        <w:rPr>
          <w:lang w:val="sk-SK"/>
        </w:rPr>
      </w:pPr>
      <w:r w:rsidRPr="006067B0">
        <w:rPr>
          <w:lang w:val="sk-SK"/>
        </w:rPr>
        <w:t>Zadanie: Zistite obrat bez ohľadu na vybranú farbu, ale pri zachovaní krajiny.</w:t>
      </w:r>
    </w:p>
    <w:p w14:paraId="37978F96"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6F38EDB9" w14:textId="77777777">
        <w:tc>
          <w:tcPr>
            <w:tcW w:w="9878" w:type="dxa"/>
            <w:shd w:val="clear" w:color="auto" w:fill="EEF3F8"/>
          </w:tcPr>
          <w:p w14:paraId="4C6C3BA4" w14:textId="77777777" w:rsidR="004D47AF" w:rsidRPr="006067B0" w:rsidRDefault="005D67FF" w:rsidP="006067B0">
            <w:pPr>
              <w:jc w:val="left"/>
              <w:rPr>
                <w:lang w:val="sk-SK"/>
              </w:rPr>
            </w:pPr>
            <w:r w:rsidRPr="006067B0">
              <w:rPr>
                <w:rFonts w:ascii="Consolas" w:hAnsi="Consolas"/>
                <w:sz w:val="18"/>
                <w:lang w:val="sk-SK"/>
              </w:rPr>
              <w:t>Obrat bez farby =</w:t>
            </w:r>
            <w:r w:rsidRPr="006067B0">
              <w:rPr>
                <w:rFonts w:ascii="Consolas" w:hAnsi="Consolas"/>
                <w:sz w:val="18"/>
                <w:lang w:val="sk-SK"/>
              </w:rPr>
              <w:br/>
            </w:r>
            <w:r w:rsidRPr="006067B0">
              <w:rPr>
                <w:rFonts w:ascii="Consolas" w:hAnsi="Consolas"/>
                <w:sz w:val="18"/>
                <w:lang w:val="sk-SK"/>
              </w:rPr>
              <w:t>CALCULATE([Obrat]; REMOVEFILTERS('Produkty'[</w:t>
            </w:r>
            <w:proofErr w:type="spellStart"/>
            <w:r w:rsidRPr="006067B0">
              <w:rPr>
                <w:rFonts w:ascii="Consolas" w:hAnsi="Consolas"/>
                <w:sz w:val="18"/>
                <w:lang w:val="sk-SK"/>
              </w:rPr>
              <w:t>Color</w:t>
            </w:r>
            <w:proofErr w:type="spellEnd"/>
            <w:r w:rsidRPr="006067B0">
              <w:rPr>
                <w:rFonts w:ascii="Consolas" w:hAnsi="Consolas"/>
                <w:sz w:val="18"/>
                <w:lang w:val="sk-SK"/>
              </w:rPr>
              <w:t>]))</w:t>
            </w:r>
          </w:p>
        </w:tc>
      </w:tr>
    </w:tbl>
    <w:p w14:paraId="7604C8AA" w14:textId="77777777" w:rsidR="004D47AF" w:rsidRPr="006067B0" w:rsidRDefault="004D47AF">
      <w:pPr>
        <w:rPr>
          <w:lang w:val="sk-SK"/>
        </w:rPr>
      </w:pPr>
    </w:p>
    <w:p w14:paraId="309328B4" w14:textId="77777777" w:rsidR="004D47AF" w:rsidRPr="006067B0" w:rsidRDefault="005D67FF">
      <w:pPr>
        <w:rPr>
          <w:lang w:val="sk-SK"/>
        </w:rPr>
      </w:pPr>
      <w:r w:rsidRPr="006067B0">
        <w:rPr>
          <w:lang w:val="sk-SK"/>
        </w:rPr>
        <w:t xml:space="preserve">Kontrola: Vyberte farbu v </w:t>
      </w:r>
      <w:proofErr w:type="spellStart"/>
      <w:r w:rsidRPr="006067B0">
        <w:rPr>
          <w:lang w:val="sk-SK"/>
        </w:rPr>
        <w:t>sliceri</w:t>
      </w:r>
      <w:proofErr w:type="spellEnd"/>
      <w:r w:rsidRPr="006067B0">
        <w:rPr>
          <w:lang w:val="sk-SK"/>
        </w:rPr>
        <w:t xml:space="preserve"> a krajinu v druhom </w:t>
      </w:r>
      <w:proofErr w:type="spellStart"/>
      <w:r w:rsidRPr="006067B0">
        <w:rPr>
          <w:lang w:val="sk-SK"/>
        </w:rPr>
        <w:t>sliceri</w:t>
      </w:r>
      <w:proofErr w:type="spellEnd"/>
      <w:r w:rsidRPr="006067B0">
        <w:rPr>
          <w:lang w:val="sk-SK"/>
        </w:rPr>
        <w:t>.</w:t>
      </w:r>
    </w:p>
    <w:p w14:paraId="188D607A" w14:textId="77777777" w:rsidR="004D47AF" w:rsidRPr="006067B0" w:rsidRDefault="005D67FF">
      <w:pPr>
        <w:rPr>
          <w:lang w:val="sk-SK"/>
        </w:rPr>
      </w:pPr>
      <w:r w:rsidRPr="006067B0">
        <w:rPr>
          <w:lang w:val="sk-SK"/>
        </w:rPr>
        <w:t>Vysvetlenie: Odstráni sa iba filter farby.</w:t>
      </w:r>
    </w:p>
    <w:p w14:paraId="02BAEF0F" w14:textId="77777777" w:rsidR="004D47AF" w:rsidRPr="006067B0" w:rsidRDefault="005D67FF">
      <w:pPr>
        <w:pStyle w:val="Nadpis2"/>
        <w:rPr>
          <w:lang w:val="sk-SK"/>
        </w:rPr>
      </w:pPr>
      <w:r w:rsidRPr="006067B0">
        <w:rPr>
          <w:lang w:val="sk-SK"/>
        </w:rPr>
        <w:t>Úloha 7. Podiel farby v rámci krajiny</w:t>
      </w:r>
    </w:p>
    <w:p w14:paraId="5871B18B" w14:textId="77777777" w:rsidR="004D47AF" w:rsidRPr="006067B0" w:rsidRDefault="005D67FF">
      <w:pPr>
        <w:rPr>
          <w:lang w:val="sk-SK"/>
        </w:rPr>
      </w:pPr>
      <w:r w:rsidRPr="006067B0">
        <w:rPr>
          <w:lang w:val="sk-SK"/>
        </w:rPr>
        <w:t>Zadanie: Vypočítajte percento predaja danej farby z predaja krajiny.</w:t>
      </w:r>
    </w:p>
    <w:p w14:paraId="1CB509F3"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33BB8260" w14:textId="77777777">
        <w:tc>
          <w:tcPr>
            <w:tcW w:w="9878" w:type="dxa"/>
            <w:shd w:val="clear" w:color="auto" w:fill="EEF3F8"/>
          </w:tcPr>
          <w:p w14:paraId="684B81B2" w14:textId="77777777" w:rsidR="004D47AF" w:rsidRPr="006067B0" w:rsidRDefault="005D67FF" w:rsidP="006067B0">
            <w:pPr>
              <w:jc w:val="left"/>
              <w:rPr>
                <w:lang w:val="sk-SK"/>
              </w:rPr>
            </w:pPr>
            <w:r w:rsidRPr="006067B0">
              <w:rPr>
                <w:rFonts w:ascii="Consolas" w:hAnsi="Consolas"/>
                <w:sz w:val="18"/>
                <w:lang w:val="sk-SK"/>
              </w:rPr>
              <w:t>Podiel farby =</w:t>
            </w:r>
            <w:r w:rsidRPr="006067B0">
              <w:rPr>
                <w:rFonts w:ascii="Consolas" w:hAnsi="Consolas"/>
                <w:sz w:val="18"/>
                <w:lang w:val="sk-SK"/>
              </w:rPr>
              <w:br/>
              <w:t>DIVIDE([Obrat]; [Obrat bez farby])</w:t>
            </w:r>
          </w:p>
        </w:tc>
      </w:tr>
    </w:tbl>
    <w:p w14:paraId="3B856841" w14:textId="77777777" w:rsidR="004D47AF" w:rsidRPr="006067B0" w:rsidRDefault="004D47AF">
      <w:pPr>
        <w:rPr>
          <w:lang w:val="sk-SK"/>
        </w:rPr>
      </w:pPr>
    </w:p>
    <w:p w14:paraId="07FD551E" w14:textId="77777777" w:rsidR="004D47AF" w:rsidRPr="006067B0" w:rsidRDefault="005D67FF">
      <w:pPr>
        <w:rPr>
          <w:lang w:val="sk-SK"/>
        </w:rPr>
      </w:pPr>
      <w:r w:rsidRPr="006067B0">
        <w:rPr>
          <w:lang w:val="sk-SK"/>
        </w:rPr>
        <w:t>Kontrola: Matica: krajina → farba; porovnajte percentá.</w:t>
      </w:r>
    </w:p>
    <w:p w14:paraId="1CB708A9" w14:textId="77777777" w:rsidR="004D47AF" w:rsidRPr="006067B0" w:rsidRDefault="005D67FF">
      <w:pPr>
        <w:rPr>
          <w:lang w:val="sk-SK"/>
        </w:rPr>
      </w:pPr>
      <w:r w:rsidRPr="006067B0">
        <w:rPr>
          <w:lang w:val="sk-SK"/>
        </w:rPr>
        <w:t>Vysvetlenie: Menovateľ odstraňuje farbu, ale zachováva krajinu.</w:t>
      </w:r>
    </w:p>
    <w:p w14:paraId="34D40E0B" w14:textId="77777777" w:rsidR="004D47AF" w:rsidRPr="006067B0" w:rsidRDefault="005D67FF">
      <w:pPr>
        <w:pStyle w:val="Nadpis2"/>
        <w:rPr>
          <w:lang w:val="sk-SK"/>
        </w:rPr>
      </w:pPr>
      <w:r w:rsidRPr="006067B0">
        <w:rPr>
          <w:lang w:val="sk-SK"/>
        </w:rPr>
        <w:t>Úloha 8. Indikátor jednej krajiny</w:t>
      </w:r>
    </w:p>
    <w:p w14:paraId="462B7CE2" w14:textId="77777777" w:rsidR="004D47AF" w:rsidRPr="006067B0" w:rsidRDefault="005D67FF">
      <w:pPr>
        <w:rPr>
          <w:lang w:val="sk-SK"/>
        </w:rPr>
      </w:pPr>
      <w:r w:rsidRPr="006067B0">
        <w:rPr>
          <w:lang w:val="sk-SK"/>
        </w:rPr>
        <w:t>Zadanie: Vráťte text, keď je vybraná práve jedna krajina.</w:t>
      </w:r>
    </w:p>
    <w:p w14:paraId="0D62CF7C"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7F340541" w14:textId="77777777">
        <w:tc>
          <w:tcPr>
            <w:tcW w:w="9878" w:type="dxa"/>
            <w:shd w:val="clear" w:color="auto" w:fill="EEF3F8"/>
          </w:tcPr>
          <w:p w14:paraId="22BE724F" w14:textId="77777777" w:rsidR="004D47AF" w:rsidRPr="006067B0" w:rsidRDefault="005D67FF" w:rsidP="006067B0">
            <w:pPr>
              <w:jc w:val="left"/>
              <w:rPr>
                <w:lang w:val="sk-SK"/>
              </w:rPr>
            </w:pPr>
            <w:r w:rsidRPr="006067B0">
              <w:rPr>
                <w:rFonts w:ascii="Consolas" w:hAnsi="Consolas"/>
                <w:sz w:val="18"/>
                <w:lang w:val="sk-SK"/>
              </w:rPr>
              <w:t>Výber krajiny =</w:t>
            </w:r>
            <w:r w:rsidRPr="006067B0">
              <w:rPr>
                <w:rFonts w:ascii="Consolas" w:hAnsi="Consolas"/>
                <w:sz w:val="18"/>
                <w:lang w:val="sk-SK"/>
              </w:rPr>
              <w:br/>
              <w:t>IF(</w:t>
            </w:r>
            <w:r w:rsidRPr="006067B0">
              <w:rPr>
                <w:rFonts w:ascii="Consolas" w:hAnsi="Consolas"/>
                <w:sz w:val="18"/>
                <w:lang w:val="sk-SK"/>
              </w:rPr>
              <w:br/>
              <w:t xml:space="preserve">    HASONEVALUE('Regióny'[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r w:rsidRPr="006067B0">
              <w:rPr>
                <w:rFonts w:ascii="Consolas" w:hAnsi="Consolas"/>
                <w:sz w:val="18"/>
                <w:lang w:val="sk-SK"/>
              </w:rPr>
              <w:br/>
              <w:t xml:space="preserve">    SELECTEDVALUE('Regióny'[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r w:rsidRPr="006067B0">
              <w:rPr>
                <w:rFonts w:ascii="Consolas" w:hAnsi="Consolas"/>
                <w:sz w:val="18"/>
                <w:lang w:val="sk-SK"/>
              </w:rPr>
              <w:br/>
              <w:t xml:space="preserve">    "Viac krajín alebo žiadna"</w:t>
            </w:r>
            <w:r w:rsidRPr="006067B0">
              <w:rPr>
                <w:rFonts w:ascii="Consolas" w:hAnsi="Consolas"/>
                <w:sz w:val="18"/>
                <w:lang w:val="sk-SK"/>
              </w:rPr>
              <w:br/>
              <w:t>)</w:t>
            </w:r>
          </w:p>
        </w:tc>
      </w:tr>
    </w:tbl>
    <w:p w14:paraId="09BA9689" w14:textId="77777777" w:rsidR="004D47AF" w:rsidRPr="006067B0" w:rsidRDefault="004D47AF">
      <w:pPr>
        <w:rPr>
          <w:lang w:val="sk-SK"/>
        </w:rPr>
      </w:pPr>
    </w:p>
    <w:p w14:paraId="562DCC6D" w14:textId="77777777" w:rsidR="004D47AF" w:rsidRPr="006067B0" w:rsidRDefault="005D67FF">
      <w:pPr>
        <w:rPr>
          <w:lang w:val="sk-SK"/>
        </w:rPr>
      </w:pPr>
      <w:r w:rsidRPr="006067B0">
        <w:rPr>
          <w:lang w:val="sk-SK"/>
        </w:rPr>
        <w:t xml:space="preserve">Kontrola: Vložte mieru na kartu a meníte </w:t>
      </w:r>
      <w:proofErr w:type="spellStart"/>
      <w:r w:rsidRPr="006067B0">
        <w:rPr>
          <w:lang w:val="sk-SK"/>
        </w:rPr>
        <w:t>slicer</w:t>
      </w:r>
      <w:proofErr w:type="spellEnd"/>
      <w:r w:rsidRPr="006067B0">
        <w:rPr>
          <w:lang w:val="sk-SK"/>
        </w:rPr>
        <w:t>.</w:t>
      </w:r>
    </w:p>
    <w:p w14:paraId="36085674" w14:textId="77777777" w:rsidR="004D47AF" w:rsidRPr="006067B0" w:rsidRDefault="005D67FF">
      <w:pPr>
        <w:rPr>
          <w:lang w:val="sk-SK"/>
        </w:rPr>
      </w:pPr>
      <w:r w:rsidRPr="006067B0">
        <w:rPr>
          <w:lang w:val="sk-SK"/>
        </w:rPr>
        <w:t>Vysvetlenie: HASONEVALUE testuje počet viditeľných hodnôt.</w:t>
      </w:r>
    </w:p>
    <w:p w14:paraId="78E96658" w14:textId="77777777" w:rsidR="004D47AF" w:rsidRPr="006067B0" w:rsidRDefault="005D67FF">
      <w:pPr>
        <w:pStyle w:val="Nadpis2"/>
        <w:rPr>
          <w:lang w:val="sk-SK"/>
        </w:rPr>
      </w:pPr>
      <w:r w:rsidRPr="006067B0">
        <w:rPr>
          <w:lang w:val="sk-SK"/>
        </w:rPr>
        <w:t>Úloha 9. Test priameho filtra</w:t>
      </w:r>
    </w:p>
    <w:p w14:paraId="2D0845BE" w14:textId="77777777" w:rsidR="004D47AF" w:rsidRPr="006067B0" w:rsidRDefault="005D67FF">
      <w:pPr>
        <w:rPr>
          <w:lang w:val="sk-SK"/>
        </w:rPr>
      </w:pPr>
      <w:r w:rsidRPr="006067B0">
        <w:rPr>
          <w:lang w:val="sk-SK"/>
        </w:rPr>
        <w:t>Zadanie: Vytvorte diagnostickú mieru, ktorá zisťuje priamy filter krajiny.</w:t>
      </w:r>
    </w:p>
    <w:p w14:paraId="31684298" w14:textId="77777777" w:rsidR="004D47AF" w:rsidRPr="006067B0" w:rsidRDefault="005D67FF">
      <w:pPr>
        <w:rPr>
          <w:lang w:val="sk-SK"/>
        </w:rPr>
      </w:pPr>
      <w:r w:rsidRPr="006067B0">
        <w:rPr>
          <w:lang w:val="sk-SK"/>
        </w:rPr>
        <w:lastRenderedPageBreak/>
        <w:t>Vzorové riešenie:</w:t>
      </w:r>
    </w:p>
    <w:tbl>
      <w:tblPr>
        <w:tblW w:w="0" w:type="auto"/>
        <w:tblLayout w:type="fixed"/>
        <w:tblLook w:val="04A0" w:firstRow="1" w:lastRow="0" w:firstColumn="1" w:lastColumn="0" w:noHBand="0" w:noVBand="1"/>
      </w:tblPr>
      <w:tblGrid>
        <w:gridCol w:w="9878"/>
      </w:tblGrid>
      <w:tr w:rsidR="004D47AF" w:rsidRPr="006067B0" w14:paraId="434876F0" w14:textId="77777777">
        <w:tc>
          <w:tcPr>
            <w:tcW w:w="9878" w:type="dxa"/>
            <w:shd w:val="clear" w:color="auto" w:fill="EEF3F8"/>
          </w:tcPr>
          <w:p w14:paraId="07CFA062" w14:textId="77777777" w:rsidR="004D47AF" w:rsidRPr="006067B0" w:rsidRDefault="005D67FF" w:rsidP="006067B0">
            <w:pPr>
              <w:jc w:val="left"/>
              <w:rPr>
                <w:lang w:val="sk-SK"/>
              </w:rPr>
            </w:pPr>
            <w:r w:rsidRPr="006067B0">
              <w:rPr>
                <w:rFonts w:ascii="Consolas" w:hAnsi="Consolas"/>
                <w:sz w:val="18"/>
                <w:lang w:val="sk-SK"/>
              </w:rPr>
              <w:t>Priamy filter krajiny =</w:t>
            </w:r>
            <w:r w:rsidRPr="006067B0">
              <w:rPr>
                <w:rFonts w:ascii="Consolas" w:hAnsi="Consolas"/>
                <w:sz w:val="18"/>
                <w:lang w:val="sk-SK"/>
              </w:rPr>
              <w:br/>
            </w:r>
            <w:r w:rsidRPr="006067B0">
              <w:rPr>
                <w:rFonts w:ascii="Consolas" w:hAnsi="Consolas"/>
                <w:sz w:val="18"/>
                <w:lang w:val="sk-SK"/>
              </w:rPr>
              <w:t>IF(ISFILTERED('Regióny'[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 "Áno"; "Nie")</w:t>
            </w:r>
          </w:p>
        </w:tc>
      </w:tr>
    </w:tbl>
    <w:p w14:paraId="4E07BCE3" w14:textId="77777777" w:rsidR="004D47AF" w:rsidRPr="006067B0" w:rsidRDefault="004D47AF">
      <w:pPr>
        <w:rPr>
          <w:lang w:val="sk-SK"/>
        </w:rPr>
      </w:pPr>
    </w:p>
    <w:p w14:paraId="19E6394B" w14:textId="77777777" w:rsidR="004D47AF" w:rsidRPr="006067B0" w:rsidRDefault="005D67FF">
      <w:pPr>
        <w:rPr>
          <w:lang w:val="sk-SK"/>
        </w:rPr>
      </w:pPr>
      <w:r w:rsidRPr="006067B0">
        <w:rPr>
          <w:lang w:val="sk-SK"/>
        </w:rPr>
        <w:t xml:space="preserve">Kontrola: Porovnajte </w:t>
      </w:r>
      <w:proofErr w:type="spellStart"/>
      <w:r w:rsidRPr="006067B0">
        <w:rPr>
          <w:lang w:val="sk-SK"/>
        </w:rPr>
        <w:t>slicer</w:t>
      </w:r>
      <w:proofErr w:type="spellEnd"/>
      <w:r w:rsidRPr="006067B0">
        <w:rPr>
          <w:lang w:val="sk-SK"/>
        </w:rPr>
        <w:t xml:space="preserve"> krajiny s filtrom roka.</w:t>
      </w:r>
    </w:p>
    <w:p w14:paraId="3030AA25" w14:textId="77777777" w:rsidR="004D47AF" w:rsidRPr="006067B0" w:rsidRDefault="005D67FF">
      <w:pPr>
        <w:rPr>
          <w:lang w:val="sk-SK"/>
        </w:rPr>
      </w:pPr>
      <w:r w:rsidRPr="006067B0">
        <w:rPr>
          <w:lang w:val="sk-SK"/>
        </w:rPr>
        <w:t>Vysvetlenie: ISFILTERED je iné ako HASONEVALUE.</w:t>
      </w:r>
    </w:p>
    <w:p w14:paraId="55FC143F" w14:textId="77777777" w:rsidR="004D47AF" w:rsidRPr="006067B0" w:rsidRDefault="005D67FF">
      <w:pPr>
        <w:pStyle w:val="Nadpis2"/>
        <w:rPr>
          <w:lang w:val="sk-SK"/>
        </w:rPr>
      </w:pPr>
      <w:r w:rsidRPr="006067B0">
        <w:rPr>
          <w:lang w:val="sk-SK"/>
        </w:rPr>
        <w:t>Úloha 10. Obrat len v riadku jednej krajiny</w:t>
      </w:r>
    </w:p>
    <w:p w14:paraId="42A1A7AD" w14:textId="77777777" w:rsidR="004D47AF" w:rsidRPr="006067B0" w:rsidRDefault="005D67FF">
      <w:pPr>
        <w:rPr>
          <w:lang w:val="sk-SK"/>
        </w:rPr>
      </w:pPr>
      <w:r w:rsidRPr="006067B0">
        <w:rPr>
          <w:lang w:val="sk-SK"/>
        </w:rPr>
        <w:t>Zadanie: V celkovom súčte matice nezobrazujte obrat.</w:t>
      </w:r>
    </w:p>
    <w:p w14:paraId="4EAA7C2D"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0068A8C2" w14:textId="77777777">
        <w:tc>
          <w:tcPr>
            <w:tcW w:w="9878" w:type="dxa"/>
            <w:shd w:val="clear" w:color="auto" w:fill="EEF3F8"/>
          </w:tcPr>
          <w:p w14:paraId="7D6AAC80" w14:textId="77777777" w:rsidR="004D47AF" w:rsidRPr="006067B0" w:rsidRDefault="005D67FF" w:rsidP="006067B0">
            <w:pPr>
              <w:jc w:val="left"/>
              <w:rPr>
                <w:lang w:val="sk-SK"/>
              </w:rPr>
            </w:pPr>
            <w:r w:rsidRPr="006067B0">
              <w:rPr>
                <w:rFonts w:ascii="Consolas" w:hAnsi="Consolas"/>
                <w:sz w:val="18"/>
                <w:lang w:val="sk-SK"/>
              </w:rPr>
              <w:t>Obrat len krajina =</w:t>
            </w:r>
            <w:r w:rsidRPr="006067B0">
              <w:rPr>
                <w:rFonts w:ascii="Consolas" w:hAnsi="Consolas"/>
                <w:sz w:val="18"/>
                <w:lang w:val="sk-SK"/>
              </w:rPr>
              <w:br/>
              <w:t>IF(</w:t>
            </w:r>
            <w:r w:rsidRPr="006067B0">
              <w:rPr>
                <w:rFonts w:ascii="Consolas" w:hAnsi="Consolas"/>
                <w:sz w:val="18"/>
                <w:lang w:val="sk-SK"/>
              </w:rPr>
              <w:br/>
              <w:t xml:space="preserve">    HASONEVALUE('Regióny'[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r w:rsidRPr="006067B0">
              <w:rPr>
                <w:rFonts w:ascii="Consolas" w:hAnsi="Consolas"/>
                <w:sz w:val="18"/>
                <w:lang w:val="sk-SK"/>
              </w:rPr>
              <w:br/>
              <w:t xml:space="preserve">    [Obrat];</w:t>
            </w:r>
            <w:r w:rsidRPr="006067B0">
              <w:rPr>
                <w:rFonts w:ascii="Consolas" w:hAnsi="Consolas"/>
                <w:sz w:val="18"/>
                <w:lang w:val="sk-SK"/>
              </w:rPr>
              <w:br/>
              <w:t xml:space="preserve">    BLANK()</w:t>
            </w:r>
            <w:r w:rsidRPr="006067B0">
              <w:rPr>
                <w:rFonts w:ascii="Consolas" w:hAnsi="Consolas"/>
                <w:sz w:val="18"/>
                <w:lang w:val="sk-SK"/>
              </w:rPr>
              <w:br/>
              <w:t>)</w:t>
            </w:r>
          </w:p>
        </w:tc>
      </w:tr>
    </w:tbl>
    <w:p w14:paraId="4A1ED080" w14:textId="77777777" w:rsidR="004D47AF" w:rsidRPr="006067B0" w:rsidRDefault="004D47AF">
      <w:pPr>
        <w:rPr>
          <w:lang w:val="sk-SK"/>
        </w:rPr>
      </w:pPr>
    </w:p>
    <w:p w14:paraId="1B3196EB" w14:textId="77777777" w:rsidR="004D47AF" w:rsidRPr="006067B0" w:rsidRDefault="005D67FF">
      <w:pPr>
        <w:rPr>
          <w:lang w:val="sk-SK"/>
        </w:rPr>
      </w:pPr>
      <w:r w:rsidRPr="006067B0">
        <w:rPr>
          <w:lang w:val="sk-SK"/>
        </w:rPr>
        <w:t>Kontrola: Matica podľa krajín: riadky s krajinami majú čísla, celkový súčet BLANK.</w:t>
      </w:r>
    </w:p>
    <w:p w14:paraId="5877841F" w14:textId="77777777" w:rsidR="004D47AF" w:rsidRPr="006067B0" w:rsidRDefault="005D67FF">
      <w:pPr>
        <w:rPr>
          <w:lang w:val="sk-SK"/>
        </w:rPr>
      </w:pPr>
      <w:r w:rsidRPr="006067B0">
        <w:rPr>
          <w:lang w:val="sk-SK"/>
        </w:rPr>
        <w:t>Vysvetlenie: Miera sa vyhodnocuje osobitne v každej bunke.</w:t>
      </w:r>
    </w:p>
    <w:p w14:paraId="7C146F6D" w14:textId="77777777" w:rsidR="004D47AF" w:rsidRPr="006067B0" w:rsidRDefault="005D67FF">
      <w:pPr>
        <w:pStyle w:val="Nadpis2"/>
        <w:rPr>
          <w:lang w:val="sk-SK"/>
        </w:rPr>
      </w:pPr>
      <w:r w:rsidRPr="006067B0">
        <w:rPr>
          <w:lang w:val="sk-SK"/>
        </w:rPr>
        <w:t>Úloha 11. Podiel kategórie v krajine</w:t>
      </w:r>
    </w:p>
    <w:p w14:paraId="3703A474" w14:textId="77777777" w:rsidR="004D47AF" w:rsidRPr="006067B0" w:rsidRDefault="005D67FF">
      <w:pPr>
        <w:rPr>
          <w:lang w:val="sk-SK"/>
        </w:rPr>
      </w:pPr>
      <w:r w:rsidRPr="006067B0">
        <w:rPr>
          <w:lang w:val="sk-SK"/>
        </w:rPr>
        <w:t>Zadanie: Po doplnení tabuliek Kategórie a Podkategórie vypočítajte podiel kategórie.</w:t>
      </w:r>
    </w:p>
    <w:p w14:paraId="21C8D9B9"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3112EDBC" w14:textId="77777777">
        <w:tc>
          <w:tcPr>
            <w:tcW w:w="9878" w:type="dxa"/>
            <w:shd w:val="clear" w:color="auto" w:fill="EEF3F8"/>
          </w:tcPr>
          <w:p w14:paraId="3155510B" w14:textId="77777777" w:rsidR="004D47AF" w:rsidRPr="006067B0" w:rsidRDefault="005D67FF" w:rsidP="006067B0">
            <w:pPr>
              <w:jc w:val="left"/>
              <w:rPr>
                <w:lang w:val="sk-SK"/>
              </w:rPr>
            </w:pPr>
            <w:r w:rsidRPr="006067B0">
              <w:rPr>
                <w:rFonts w:ascii="Consolas" w:hAnsi="Consolas"/>
                <w:sz w:val="18"/>
                <w:lang w:val="sk-SK"/>
              </w:rPr>
              <w:t>Podiel kategórie v krajine =</w:t>
            </w:r>
            <w:r w:rsidRPr="006067B0">
              <w:rPr>
                <w:rFonts w:ascii="Consolas" w:hAnsi="Consolas"/>
                <w:sz w:val="18"/>
                <w:lang w:val="sk-SK"/>
              </w:rPr>
              <w:br/>
              <w:t>DIVIDE(</w:t>
            </w:r>
            <w:r w:rsidRPr="006067B0">
              <w:rPr>
                <w:rFonts w:ascii="Consolas" w:hAnsi="Consolas"/>
                <w:sz w:val="18"/>
                <w:lang w:val="sk-SK"/>
              </w:rPr>
              <w:br/>
              <w:t xml:space="preserve">    [Obrat];</w:t>
            </w:r>
            <w:r w:rsidRPr="006067B0">
              <w:rPr>
                <w:rFonts w:ascii="Consolas" w:hAnsi="Consolas"/>
                <w:sz w:val="18"/>
                <w:lang w:val="sk-SK"/>
              </w:rPr>
              <w:br/>
              <w:t xml:space="preserve">    CALCULATE([Obrat]; REMOVEFILTERS('Kategórie'[</w:t>
            </w:r>
            <w:proofErr w:type="spellStart"/>
            <w:r w:rsidRPr="006067B0">
              <w:rPr>
                <w:rFonts w:ascii="Consolas" w:hAnsi="Consolas"/>
                <w:sz w:val="18"/>
                <w:lang w:val="sk-SK"/>
              </w:rPr>
              <w:t>ProductCategoryName</w:t>
            </w:r>
            <w:proofErr w:type="spellEnd"/>
            <w:r w:rsidRPr="006067B0">
              <w:rPr>
                <w:rFonts w:ascii="Consolas" w:hAnsi="Consolas"/>
                <w:sz w:val="18"/>
                <w:lang w:val="sk-SK"/>
              </w:rPr>
              <w:t>]))</w:t>
            </w:r>
            <w:r w:rsidRPr="006067B0">
              <w:rPr>
                <w:rFonts w:ascii="Consolas" w:hAnsi="Consolas"/>
                <w:sz w:val="18"/>
                <w:lang w:val="sk-SK"/>
              </w:rPr>
              <w:br/>
              <w:t>)</w:t>
            </w:r>
          </w:p>
        </w:tc>
      </w:tr>
    </w:tbl>
    <w:p w14:paraId="3E371DDD" w14:textId="77777777" w:rsidR="004D47AF" w:rsidRPr="006067B0" w:rsidRDefault="004D47AF">
      <w:pPr>
        <w:rPr>
          <w:lang w:val="sk-SK"/>
        </w:rPr>
      </w:pPr>
    </w:p>
    <w:p w14:paraId="63817595" w14:textId="77777777" w:rsidR="004D47AF" w:rsidRPr="006067B0" w:rsidRDefault="005D67FF">
      <w:pPr>
        <w:rPr>
          <w:lang w:val="sk-SK"/>
        </w:rPr>
      </w:pPr>
      <w:r w:rsidRPr="006067B0">
        <w:rPr>
          <w:lang w:val="sk-SK"/>
        </w:rPr>
        <w:t>Kontrola: Matica: kategória v riadkoch, krajina v stĺpcoch.</w:t>
      </w:r>
    </w:p>
    <w:p w14:paraId="7888CE36" w14:textId="77777777" w:rsidR="004D47AF" w:rsidRPr="006067B0" w:rsidRDefault="005D67FF">
      <w:pPr>
        <w:rPr>
          <w:lang w:val="sk-SK"/>
        </w:rPr>
      </w:pPr>
      <w:r w:rsidRPr="006067B0">
        <w:rPr>
          <w:lang w:val="sk-SK"/>
        </w:rPr>
        <w:t>Vysvetlenie: Menovateľ ignoruje kategóriu, nie krajinu. Pri ďalších filtroch produktu výsledok otestujte.</w:t>
      </w:r>
    </w:p>
    <w:p w14:paraId="335BDBD6" w14:textId="77777777" w:rsidR="004D47AF" w:rsidRPr="006067B0" w:rsidRDefault="005D67FF">
      <w:pPr>
        <w:pStyle w:val="Nadpis2"/>
        <w:rPr>
          <w:lang w:val="sk-SK"/>
        </w:rPr>
      </w:pPr>
      <w:r w:rsidRPr="006067B0">
        <w:rPr>
          <w:lang w:val="sk-SK"/>
        </w:rPr>
        <w:t>Úloha 12. Ziskovosť v kontexte krajiny</w:t>
      </w:r>
    </w:p>
    <w:p w14:paraId="660D8212" w14:textId="77777777" w:rsidR="004D47AF" w:rsidRPr="006067B0" w:rsidRDefault="005D67FF">
      <w:pPr>
        <w:rPr>
          <w:lang w:val="sk-SK"/>
        </w:rPr>
      </w:pPr>
      <w:r w:rsidRPr="006067B0">
        <w:rPr>
          <w:lang w:val="sk-SK"/>
        </w:rPr>
        <w:t>Zadanie: Vypočítajte zisk a maržu; overte reakciu na filtre.</w:t>
      </w:r>
    </w:p>
    <w:p w14:paraId="2F43EADF"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2AD35CCA" w14:textId="77777777">
        <w:tc>
          <w:tcPr>
            <w:tcW w:w="9878" w:type="dxa"/>
            <w:shd w:val="clear" w:color="auto" w:fill="EEF3F8"/>
          </w:tcPr>
          <w:p w14:paraId="5B9629ED" w14:textId="77777777" w:rsidR="004D47AF" w:rsidRPr="006067B0" w:rsidRDefault="005D67FF" w:rsidP="006067B0">
            <w:pPr>
              <w:jc w:val="left"/>
              <w:rPr>
                <w:lang w:val="sk-SK"/>
              </w:rPr>
            </w:pPr>
            <w:r w:rsidRPr="006067B0">
              <w:rPr>
                <w:rFonts w:ascii="Consolas" w:hAnsi="Consolas"/>
                <w:sz w:val="18"/>
                <w:lang w:val="sk-SK"/>
              </w:rPr>
              <w:t>Náklady = SUM('Objednávky'[</w:t>
            </w:r>
            <w:proofErr w:type="spellStart"/>
            <w:r w:rsidRPr="006067B0">
              <w:rPr>
                <w:rFonts w:ascii="Consolas" w:hAnsi="Consolas"/>
                <w:sz w:val="18"/>
                <w:lang w:val="sk-SK"/>
              </w:rPr>
              <w:t>TotalProductCost_USD</w:t>
            </w:r>
            <w:proofErr w:type="spellEnd"/>
            <w:r w:rsidRPr="006067B0">
              <w:rPr>
                <w:rFonts w:ascii="Consolas" w:hAnsi="Consolas"/>
                <w:sz w:val="18"/>
                <w:lang w:val="sk-SK"/>
              </w:rPr>
              <w:t>])</w:t>
            </w:r>
            <w:r w:rsidRPr="006067B0">
              <w:rPr>
                <w:rFonts w:ascii="Consolas" w:hAnsi="Consolas"/>
                <w:sz w:val="18"/>
                <w:lang w:val="sk-SK"/>
              </w:rPr>
              <w:br/>
              <w:t>Zisk = [Obrat] - [Náklady]</w:t>
            </w:r>
            <w:r w:rsidRPr="006067B0">
              <w:rPr>
                <w:rFonts w:ascii="Consolas" w:hAnsi="Consolas"/>
                <w:sz w:val="18"/>
                <w:lang w:val="sk-SK"/>
              </w:rPr>
              <w:br/>
              <w:t>Marža = DIVIDE([Zisk]; [Obrat])</w:t>
            </w:r>
          </w:p>
        </w:tc>
      </w:tr>
    </w:tbl>
    <w:p w14:paraId="099B763F" w14:textId="77777777" w:rsidR="004D47AF" w:rsidRPr="006067B0" w:rsidRDefault="004D47AF">
      <w:pPr>
        <w:rPr>
          <w:lang w:val="sk-SK"/>
        </w:rPr>
      </w:pPr>
    </w:p>
    <w:p w14:paraId="2C13FF97" w14:textId="77777777" w:rsidR="004D47AF" w:rsidRPr="006067B0" w:rsidRDefault="005D67FF">
      <w:pPr>
        <w:rPr>
          <w:lang w:val="sk-SK"/>
        </w:rPr>
      </w:pPr>
      <w:r w:rsidRPr="006067B0">
        <w:rPr>
          <w:lang w:val="sk-SK"/>
        </w:rPr>
        <w:t>Kontrola: Matica podľa krajiny a roka; maržu formátujte ako percento.</w:t>
      </w:r>
    </w:p>
    <w:p w14:paraId="1641203F" w14:textId="77777777" w:rsidR="004D47AF" w:rsidRPr="006067B0" w:rsidRDefault="005D67FF">
      <w:pPr>
        <w:rPr>
          <w:lang w:val="sk-SK"/>
        </w:rPr>
      </w:pPr>
      <w:r w:rsidRPr="006067B0">
        <w:rPr>
          <w:lang w:val="sk-SK"/>
        </w:rPr>
        <w:t>Vysvetlenie: Miera marže sa počíta zo súhrnného zisku a obratu v aktuálnom kontexte, nie ako jednoduchý priemer riadkových percent.</w:t>
      </w:r>
    </w:p>
    <w:p w14:paraId="5B7EC2F0" w14:textId="77777777" w:rsidR="004D47AF" w:rsidRPr="006067B0" w:rsidRDefault="005D67FF">
      <w:pPr>
        <w:pStyle w:val="Nadpis2"/>
        <w:rPr>
          <w:lang w:val="sk-SK"/>
        </w:rPr>
      </w:pPr>
      <w:r w:rsidRPr="006067B0">
        <w:rPr>
          <w:lang w:val="sk-SK"/>
        </w:rPr>
        <w:t>Úloha 13. Rozdiel medzi filtrom a prienikom</w:t>
      </w:r>
    </w:p>
    <w:p w14:paraId="290957EA" w14:textId="77777777" w:rsidR="004D47AF" w:rsidRPr="006067B0" w:rsidRDefault="005D67FF">
      <w:pPr>
        <w:rPr>
          <w:lang w:val="sk-SK"/>
        </w:rPr>
      </w:pPr>
      <w:r w:rsidRPr="006067B0">
        <w:rPr>
          <w:lang w:val="sk-SK"/>
        </w:rPr>
        <w:t>Zadanie: Porovnajte nútené USA a USA iba v existujúcom výbere.</w:t>
      </w:r>
    </w:p>
    <w:p w14:paraId="667E86F8"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48040D9D" w14:textId="77777777">
        <w:tc>
          <w:tcPr>
            <w:tcW w:w="9878" w:type="dxa"/>
            <w:shd w:val="clear" w:color="auto" w:fill="EEF3F8"/>
          </w:tcPr>
          <w:p w14:paraId="1F0CC591" w14:textId="77777777" w:rsidR="004D47AF" w:rsidRPr="006067B0" w:rsidRDefault="005D67FF" w:rsidP="006067B0">
            <w:pPr>
              <w:jc w:val="left"/>
              <w:rPr>
                <w:lang w:val="sk-SK"/>
              </w:rPr>
            </w:pPr>
            <w:r w:rsidRPr="006067B0">
              <w:rPr>
                <w:rFonts w:ascii="Consolas" w:hAnsi="Consolas"/>
                <w:sz w:val="18"/>
                <w:lang w:val="sk-SK"/>
              </w:rPr>
              <w:t>USA prienik =</w:t>
            </w:r>
            <w:r w:rsidRPr="006067B0">
              <w:rPr>
                <w:rFonts w:ascii="Consolas" w:hAnsi="Consolas"/>
                <w:sz w:val="18"/>
                <w:lang w:val="sk-SK"/>
              </w:rPr>
              <w:br/>
              <w:t>CALCULATE(</w:t>
            </w:r>
            <w:r w:rsidRPr="006067B0">
              <w:rPr>
                <w:rFonts w:ascii="Consolas" w:hAnsi="Consolas"/>
                <w:sz w:val="18"/>
                <w:lang w:val="sk-SK"/>
              </w:rPr>
              <w:br/>
              <w:t xml:space="preserve">    [Obrat];</w:t>
            </w:r>
            <w:r w:rsidRPr="006067B0">
              <w:rPr>
                <w:rFonts w:ascii="Consolas" w:hAnsi="Consolas"/>
                <w:sz w:val="18"/>
                <w:lang w:val="sk-SK"/>
              </w:rPr>
              <w:br/>
              <w:t xml:space="preserve">    KEEPFILTERS('Regióny'[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 xml:space="preserve">] = "United </w:t>
            </w:r>
            <w:proofErr w:type="spellStart"/>
            <w:r w:rsidRPr="006067B0">
              <w:rPr>
                <w:rFonts w:ascii="Consolas" w:hAnsi="Consolas"/>
                <w:sz w:val="18"/>
                <w:lang w:val="sk-SK"/>
              </w:rPr>
              <w:t>States</w:t>
            </w:r>
            <w:proofErr w:type="spellEnd"/>
            <w:r w:rsidRPr="006067B0">
              <w:rPr>
                <w:rFonts w:ascii="Consolas" w:hAnsi="Consolas"/>
                <w:sz w:val="18"/>
                <w:lang w:val="sk-SK"/>
              </w:rPr>
              <w:t>")</w:t>
            </w:r>
            <w:r w:rsidRPr="006067B0">
              <w:rPr>
                <w:rFonts w:ascii="Consolas" w:hAnsi="Consolas"/>
                <w:sz w:val="18"/>
                <w:lang w:val="sk-SK"/>
              </w:rPr>
              <w:br/>
              <w:t>)</w:t>
            </w:r>
          </w:p>
        </w:tc>
      </w:tr>
    </w:tbl>
    <w:p w14:paraId="5E8B13E1" w14:textId="77777777" w:rsidR="004D47AF" w:rsidRPr="006067B0" w:rsidRDefault="004D47AF">
      <w:pPr>
        <w:rPr>
          <w:lang w:val="sk-SK"/>
        </w:rPr>
      </w:pPr>
    </w:p>
    <w:p w14:paraId="18868265" w14:textId="77777777" w:rsidR="004D47AF" w:rsidRPr="006067B0" w:rsidRDefault="005D67FF">
      <w:pPr>
        <w:rPr>
          <w:lang w:val="sk-SK"/>
        </w:rPr>
      </w:pPr>
      <w:r w:rsidRPr="006067B0">
        <w:rPr>
          <w:lang w:val="sk-SK"/>
        </w:rPr>
        <w:lastRenderedPageBreak/>
        <w:t xml:space="preserve">Kontrola: V </w:t>
      </w:r>
      <w:proofErr w:type="spellStart"/>
      <w:r w:rsidRPr="006067B0">
        <w:rPr>
          <w:lang w:val="sk-SK"/>
        </w:rPr>
        <w:t>sliceri</w:t>
      </w:r>
      <w:proofErr w:type="spellEnd"/>
      <w:r w:rsidRPr="006067B0">
        <w:rPr>
          <w:lang w:val="sk-SK"/>
        </w:rPr>
        <w:t xml:space="preserve"> vyberte </w:t>
      </w:r>
      <w:proofErr w:type="spellStart"/>
      <w:r w:rsidRPr="006067B0">
        <w:rPr>
          <w:lang w:val="sk-SK"/>
        </w:rPr>
        <w:t>Canada</w:t>
      </w:r>
      <w:proofErr w:type="spellEnd"/>
      <w:r w:rsidRPr="006067B0">
        <w:rPr>
          <w:lang w:val="sk-SK"/>
        </w:rPr>
        <w:t xml:space="preserve"> a porovnajte s [Obrat za USA].</w:t>
      </w:r>
    </w:p>
    <w:p w14:paraId="7B45267E" w14:textId="77777777" w:rsidR="004D47AF" w:rsidRPr="006067B0" w:rsidRDefault="005D67FF">
      <w:pPr>
        <w:rPr>
          <w:lang w:val="sk-SK"/>
        </w:rPr>
      </w:pPr>
      <w:r w:rsidRPr="006067B0">
        <w:rPr>
          <w:lang w:val="sk-SK"/>
        </w:rPr>
        <w:t>Vysvetlenie: KEEPFILTERS zachová prienik s existujúcim filtrom na krajinu.</w:t>
      </w:r>
    </w:p>
    <w:p w14:paraId="26E2ACC1" w14:textId="77777777" w:rsidR="004D47AF" w:rsidRPr="006067B0" w:rsidRDefault="005D67FF">
      <w:pPr>
        <w:pStyle w:val="Nadpis2"/>
        <w:rPr>
          <w:lang w:val="sk-SK"/>
        </w:rPr>
      </w:pPr>
      <w:r w:rsidRPr="006067B0">
        <w:rPr>
          <w:lang w:val="sk-SK"/>
        </w:rPr>
        <w:t>Úloha 14. Percento s bezpečným menovateľom</w:t>
      </w:r>
    </w:p>
    <w:p w14:paraId="610A410D" w14:textId="77777777" w:rsidR="004D47AF" w:rsidRPr="006067B0" w:rsidRDefault="005D67FF">
      <w:pPr>
        <w:rPr>
          <w:lang w:val="sk-SK"/>
        </w:rPr>
      </w:pPr>
      <w:r w:rsidRPr="006067B0">
        <w:rPr>
          <w:lang w:val="sk-SK"/>
        </w:rPr>
        <w:t>Zadanie: Vypočítajte podiel krajiny a prázdne kombinácie nevyplňujte zavádzajúcim menovateľom.</w:t>
      </w:r>
    </w:p>
    <w:p w14:paraId="616E80DD" w14:textId="77777777" w:rsidR="004D47AF" w:rsidRPr="006067B0" w:rsidRDefault="005D67FF">
      <w:pPr>
        <w:rPr>
          <w:lang w:val="sk-SK"/>
        </w:rPr>
      </w:pPr>
      <w:r w:rsidRPr="006067B0">
        <w:rPr>
          <w:lang w:val="sk-SK"/>
        </w:rPr>
        <w:t>Vzorové riešenie:</w:t>
      </w:r>
    </w:p>
    <w:tbl>
      <w:tblPr>
        <w:tblW w:w="0" w:type="auto"/>
        <w:tblLayout w:type="fixed"/>
        <w:tblLook w:val="04A0" w:firstRow="1" w:lastRow="0" w:firstColumn="1" w:lastColumn="0" w:noHBand="0" w:noVBand="1"/>
      </w:tblPr>
      <w:tblGrid>
        <w:gridCol w:w="9878"/>
      </w:tblGrid>
      <w:tr w:rsidR="004D47AF" w:rsidRPr="006067B0" w14:paraId="636F62EE" w14:textId="77777777">
        <w:tc>
          <w:tcPr>
            <w:tcW w:w="9878" w:type="dxa"/>
            <w:shd w:val="clear" w:color="auto" w:fill="EEF3F8"/>
          </w:tcPr>
          <w:p w14:paraId="675282C3" w14:textId="77777777" w:rsidR="004D47AF" w:rsidRPr="006067B0" w:rsidRDefault="005D67FF" w:rsidP="006067B0">
            <w:pPr>
              <w:jc w:val="left"/>
              <w:rPr>
                <w:lang w:val="sk-SK"/>
              </w:rPr>
            </w:pPr>
            <w:r w:rsidRPr="006067B0">
              <w:rPr>
                <w:rFonts w:ascii="Consolas" w:hAnsi="Consolas"/>
                <w:sz w:val="18"/>
                <w:lang w:val="sk-SK"/>
              </w:rPr>
              <w:t>Obrat všetkých krajín neprázdny =</w:t>
            </w:r>
            <w:r w:rsidRPr="006067B0">
              <w:rPr>
                <w:rFonts w:ascii="Consolas" w:hAnsi="Consolas"/>
                <w:sz w:val="18"/>
                <w:lang w:val="sk-SK"/>
              </w:rPr>
              <w:br/>
              <w:t>IF(</w:t>
            </w:r>
            <w:r w:rsidRPr="006067B0">
              <w:rPr>
                <w:rFonts w:ascii="Consolas" w:hAnsi="Consolas"/>
                <w:sz w:val="18"/>
                <w:lang w:val="sk-SK"/>
              </w:rPr>
              <w:br/>
              <w:t xml:space="preserve">    ISBLANK([Obrat]);</w:t>
            </w:r>
            <w:r w:rsidRPr="006067B0">
              <w:rPr>
                <w:rFonts w:ascii="Consolas" w:hAnsi="Consolas"/>
                <w:sz w:val="18"/>
                <w:lang w:val="sk-SK"/>
              </w:rPr>
              <w:br/>
              <w:t xml:space="preserve">    BLANK();</w:t>
            </w:r>
            <w:r w:rsidRPr="006067B0">
              <w:rPr>
                <w:rFonts w:ascii="Consolas" w:hAnsi="Consolas"/>
                <w:sz w:val="18"/>
                <w:lang w:val="sk-SK"/>
              </w:rPr>
              <w:br/>
              <w:t xml:space="preserve">    CALCULATE([Obrat]; REMOVEFILTERS('Regióny'[</w:t>
            </w:r>
            <w:proofErr w:type="spellStart"/>
            <w:r w:rsidRPr="006067B0">
              <w:rPr>
                <w:rFonts w:ascii="Consolas" w:hAnsi="Consolas"/>
                <w:sz w:val="18"/>
                <w:lang w:val="sk-SK"/>
              </w:rPr>
              <w:t>SalesTerritoryCountry</w:t>
            </w:r>
            <w:proofErr w:type="spellEnd"/>
            <w:r w:rsidRPr="006067B0">
              <w:rPr>
                <w:rFonts w:ascii="Consolas" w:hAnsi="Consolas"/>
                <w:sz w:val="18"/>
                <w:lang w:val="sk-SK"/>
              </w:rPr>
              <w:t>]))</w:t>
            </w:r>
            <w:r w:rsidRPr="006067B0">
              <w:rPr>
                <w:rFonts w:ascii="Consolas" w:hAnsi="Consolas"/>
                <w:sz w:val="18"/>
                <w:lang w:val="sk-SK"/>
              </w:rPr>
              <w:br/>
              <w:t>)</w:t>
            </w:r>
            <w:r w:rsidRPr="006067B0">
              <w:rPr>
                <w:rFonts w:ascii="Consolas" w:hAnsi="Consolas"/>
                <w:sz w:val="18"/>
                <w:lang w:val="sk-SK"/>
              </w:rPr>
              <w:br/>
            </w:r>
            <w:r w:rsidRPr="006067B0">
              <w:rPr>
                <w:rFonts w:ascii="Consolas" w:hAnsi="Consolas"/>
                <w:sz w:val="18"/>
                <w:lang w:val="sk-SK"/>
              </w:rPr>
              <w:br/>
              <w:t>Podiel bezpečný =</w:t>
            </w:r>
            <w:r w:rsidRPr="006067B0">
              <w:rPr>
                <w:rFonts w:ascii="Consolas" w:hAnsi="Consolas"/>
                <w:sz w:val="18"/>
                <w:lang w:val="sk-SK"/>
              </w:rPr>
              <w:br/>
              <w:t>DIVIDE([Obrat]; [Obrat všetkých krajín neprázdny])</w:t>
            </w:r>
          </w:p>
        </w:tc>
      </w:tr>
    </w:tbl>
    <w:p w14:paraId="43333A79" w14:textId="77777777" w:rsidR="004D47AF" w:rsidRPr="006067B0" w:rsidRDefault="004D47AF">
      <w:pPr>
        <w:rPr>
          <w:lang w:val="sk-SK"/>
        </w:rPr>
      </w:pPr>
    </w:p>
    <w:p w14:paraId="1F571105" w14:textId="77777777" w:rsidR="004D47AF" w:rsidRPr="006067B0" w:rsidRDefault="005D67FF">
      <w:pPr>
        <w:rPr>
          <w:lang w:val="sk-SK"/>
        </w:rPr>
      </w:pPr>
      <w:r w:rsidRPr="006067B0">
        <w:rPr>
          <w:lang w:val="sk-SK"/>
        </w:rPr>
        <w:t>Kontrola: Otestujte kombinácie farieb a krajín bez predaja.</w:t>
      </w:r>
    </w:p>
    <w:p w14:paraId="6A34B738" w14:textId="77777777" w:rsidR="004D47AF" w:rsidRPr="006067B0" w:rsidRDefault="005D67FF">
      <w:pPr>
        <w:rPr>
          <w:lang w:val="sk-SK"/>
        </w:rPr>
      </w:pPr>
      <w:r w:rsidRPr="006067B0">
        <w:rPr>
          <w:lang w:val="sk-SK"/>
        </w:rPr>
        <w:t>Vysvetlenie: ISBLANK zabráni zobrazeniu menovateľa v bunkách bez predaja.</w:t>
      </w:r>
    </w:p>
    <w:sectPr w:rsidR="004D47AF" w:rsidRPr="006067B0" w:rsidSect="00034616">
      <w:pgSz w:w="12240" w:h="15840"/>
      <w:pgMar w:top="1152" w:right="1181" w:bottom="108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CD951" w14:textId="77777777" w:rsidR="005D67FF" w:rsidRDefault="005D67FF">
      <w:r>
        <w:separator/>
      </w:r>
    </w:p>
  </w:endnote>
  <w:endnote w:type="continuationSeparator" w:id="0">
    <w:p w14:paraId="1E82EC1F" w14:textId="77777777" w:rsidR="005D67FF" w:rsidRDefault="005D6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4A42" w14:textId="77777777" w:rsidR="005D67FF" w:rsidRDefault="005D67FF">
      <w:r>
        <w:separator/>
      </w:r>
    </w:p>
  </w:footnote>
  <w:footnote w:type="continuationSeparator" w:id="0">
    <w:p w14:paraId="51BD1976" w14:textId="77777777" w:rsidR="005D67FF" w:rsidRDefault="005D6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384988679">
    <w:abstractNumId w:val="8"/>
  </w:num>
  <w:num w:numId="2" w16cid:durableId="1481196352">
    <w:abstractNumId w:val="6"/>
  </w:num>
  <w:num w:numId="3" w16cid:durableId="550463087">
    <w:abstractNumId w:val="5"/>
  </w:num>
  <w:num w:numId="4" w16cid:durableId="1187910666">
    <w:abstractNumId w:val="4"/>
  </w:num>
  <w:num w:numId="5" w16cid:durableId="1553538636">
    <w:abstractNumId w:val="7"/>
  </w:num>
  <w:num w:numId="6" w16cid:durableId="1710764955">
    <w:abstractNumId w:val="3"/>
  </w:num>
  <w:num w:numId="7" w16cid:durableId="456721263">
    <w:abstractNumId w:val="2"/>
  </w:num>
  <w:num w:numId="8" w16cid:durableId="1191257223">
    <w:abstractNumId w:val="1"/>
  </w:num>
  <w:num w:numId="9" w16cid:durableId="526060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47AF"/>
    <w:rsid w:val="00516DCC"/>
    <w:rsid w:val="005D67FF"/>
    <w:rsid w:val="006067B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2B43CB"/>
  <w14:defaultImageDpi w14:val="300"/>
  <w15:docId w15:val="{D585BC4A-2921-4E79-8AB8-E91D2E67D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067B0"/>
    <w:pPr>
      <w:spacing w:after="0" w:line="240" w:lineRule="auto"/>
      <w:jc w:val="both"/>
    </w:pPr>
    <w:rPr>
      <w:rFonts w:ascii="Aptos" w:hAnsi="Aptos"/>
      <w:sz w:val="24"/>
    </w:rPr>
  </w:style>
  <w:style w:type="paragraph" w:styleId="Nadpis1">
    <w:name w:val="heading 1"/>
    <w:basedOn w:val="Normlny"/>
    <w:next w:val="Normlny"/>
    <w:link w:val="Nadpis1Char"/>
    <w:uiPriority w:val="9"/>
    <w:qFormat/>
    <w:rsid w:val="00FC693F"/>
    <w:pPr>
      <w:keepNext/>
      <w:keepLines/>
      <w:spacing w:before="480"/>
      <w:outlineLvl w:val="0"/>
    </w:pPr>
    <w:rPr>
      <w:rFonts w:asciiTheme="majorHAnsi" w:eastAsiaTheme="majorEastAsia" w:hAnsiTheme="majorHAnsi" w:cstheme="majorBidi"/>
      <w:b/>
      <w:bCs/>
      <w:color w:val="194B75"/>
      <w:sz w:val="32"/>
      <w:szCs w:val="28"/>
    </w:rPr>
  </w:style>
  <w:style w:type="paragraph" w:styleId="Nadpis2">
    <w:name w:val="heading 2"/>
    <w:basedOn w:val="Normlny"/>
    <w:next w:val="Normlny"/>
    <w:link w:val="Nadpis2Char"/>
    <w:uiPriority w:val="9"/>
    <w:unhideWhenUsed/>
    <w:qFormat/>
    <w:rsid w:val="00FC693F"/>
    <w:pPr>
      <w:keepNext/>
      <w:keepLines/>
      <w:spacing w:before="200"/>
      <w:outlineLvl w:val="1"/>
    </w:pPr>
    <w:rPr>
      <w:rFonts w:asciiTheme="majorHAnsi" w:eastAsiaTheme="majorEastAsia" w:hAnsiTheme="majorHAnsi" w:cstheme="majorBidi"/>
      <w:b/>
      <w:bCs/>
      <w:color w:val="194B75"/>
      <w:sz w:val="25"/>
      <w:szCs w:val="26"/>
    </w:rPr>
  </w:style>
  <w:style w:type="paragraph" w:styleId="Nadpis3">
    <w:name w:val="heading 3"/>
    <w:basedOn w:val="Normlny"/>
    <w:next w:val="Normlny"/>
    <w:link w:val="Nadpis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6067B0"/>
    <w:pPr>
      <w:pBdr>
        <w:bottom w:val="single" w:sz="8" w:space="4" w:color="4F81BD" w:themeColor="accent1"/>
      </w:pBdr>
      <w:spacing w:after="300"/>
      <w:contextualSpacing/>
      <w:jc w:val="left"/>
    </w:pPr>
    <w:rPr>
      <w:rFonts w:asciiTheme="majorHAnsi" w:eastAsiaTheme="majorEastAsia" w:hAnsiTheme="majorHAnsi" w:cstheme="majorBidi"/>
      <w:b/>
      <w:color w:val="194B75"/>
      <w:spacing w:val="5"/>
      <w:kern w:val="28"/>
      <w:sz w:val="32"/>
      <w:szCs w:val="52"/>
    </w:rPr>
  </w:style>
  <w:style w:type="character" w:customStyle="1" w:styleId="NzovChar">
    <w:name w:val="Názov Char"/>
    <w:basedOn w:val="Predvolenpsmoodseku"/>
    <w:link w:val="Nzov"/>
    <w:uiPriority w:val="10"/>
    <w:rsid w:val="006067B0"/>
    <w:rPr>
      <w:rFonts w:asciiTheme="majorHAnsi" w:eastAsiaTheme="majorEastAsia" w:hAnsiTheme="majorHAnsi" w:cstheme="majorBidi"/>
      <w:b/>
      <w:color w:val="194B75"/>
      <w:spacing w:val="5"/>
      <w:kern w:val="28"/>
      <w:sz w:val="3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2094</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Marcela Hallová</cp:lastModifiedBy>
  <cp:revision>2</cp:revision>
  <dcterms:created xsi:type="dcterms:W3CDTF">2013-12-23T23:15:00Z</dcterms:created>
  <dcterms:modified xsi:type="dcterms:W3CDTF">2026-10-23T13:28:00Z</dcterms:modified>
  <cp:category/>
</cp:coreProperties>
</file>